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SUBMITTAL REGISTER</w:t>
      </w:r>
    </w:p>
    <w:p/>
    <w:p>
      <w:pPr>
        <w:pStyle w:val="Heading1"/>
      </w:pPr>
      <w:r>
        <w:rPr>
          <w:color w:val="004682"/>
        </w:rPr>
        <w:t>Project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Contractor:</w:t>
            </w:r>
          </w:p>
        </w:tc>
        <w:tc>
          <w:tcPr>
            <w:tcW w:type="dxa" w:w="4680"/>
          </w:tcPr>
          <w:p>
            <w:r>
              <w:t>&lt;&lt;companies.CompanyName&gt;&gt;</w:t>
            </w:r>
          </w:p>
        </w:tc>
      </w:tr>
      <w:tr>
        <w:tc>
          <w:tcPr>
            <w:tcW w:type="dxa" w:w="4680"/>
          </w:tcPr>
          <w:p>
            <w:r>
              <w:t>Architect:</w:t>
            </w:r>
          </w:p>
        </w:tc>
        <w:tc>
          <w:tcPr>
            <w:tcW w:type="dxa" w:w="4680"/>
          </w:tcPr>
          <w:p>
            <w:r>
              <w:t>&lt;&lt;architect.CompanyName&gt;&gt;</w:t>
            </w:r>
          </w:p>
        </w:tc>
      </w:tr>
      <w:tr>
        <w:tc>
          <w:tcPr>
            <w:tcW w:type="dxa" w:w="4680"/>
          </w:tcPr>
          <w:p>
            <w:r>
              <w:t>Report Date:</w:t>
            </w:r>
          </w:p>
        </w:tc>
        <w:tc>
          <w:tcPr>
            <w:tcW w:type="dxa" w:w="4680"/>
          </w:tcPr>
          <w:p>
            <w:r>
              <w:t>&lt;&lt;ReportDate&gt;&gt;</w:t>
            </w:r>
          </w:p>
        </w:tc>
      </w:tr>
    </w:tbl>
    <w:p/>
    <w:p>
      <w:pPr>
        <w:pStyle w:val="Heading1"/>
      </w:pPr>
      <w:r>
        <w:rPr>
          <w:color w:val="004682"/>
        </w:rPr>
        <w:t>Submittal Register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</w:tcPr>
          <w:p>
            <w:r>
              <w:t>Sub #</w:t>
            </w:r>
          </w:p>
        </w:tc>
        <w:tc>
          <w:tcPr>
            <w:tcW w:type="dxa" w:w="1337"/>
          </w:tcPr>
          <w:p>
            <w:r>
              <w:t>Spec Section</w:t>
            </w:r>
          </w:p>
        </w:tc>
        <w:tc>
          <w:tcPr>
            <w:tcW w:type="dxa" w:w="1337"/>
          </w:tcPr>
          <w:p>
            <w:r>
              <w:t>Description</w:t>
            </w:r>
          </w:p>
        </w:tc>
        <w:tc>
          <w:tcPr>
            <w:tcW w:type="dxa" w:w="1337"/>
          </w:tcPr>
          <w:p>
            <w:r>
              <w:t>Type</w:t>
            </w:r>
          </w:p>
        </w:tc>
        <w:tc>
          <w:tcPr>
            <w:tcW w:type="dxa" w:w="1337"/>
          </w:tcPr>
          <w:p>
            <w:r>
              <w:t>Submitted</w:t>
            </w:r>
          </w:p>
        </w:tc>
        <w:tc>
          <w:tcPr>
            <w:tcW w:type="dxa" w:w="1337"/>
          </w:tcPr>
          <w:p>
            <w:r>
              <w:t>Req. Return</w:t>
            </w:r>
          </w:p>
        </w:tc>
        <w:tc>
          <w:tcPr>
            <w:tcW w:type="dxa" w:w="1337"/>
          </w:tcPr>
          <w:p>
            <w:r>
              <w:t>Result</w:t>
            </w:r>
          </w:p>
        </w:tc>
      </w:tr>
    </w:tbl>
    <w:p>
      <w:r>
        <w:rPr>
          <w:color w:val="C8C8C8"/>
          <w:sz w:val="16"/>
        </w:rPr>
        <w:t>{{ForEach:submittals}}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</w:tcPr>
          <w:p>
            <w:r>
              <w:t>&lt;&lt;submittals.SubmittalNumber&gt;&gt;</w:t>
            </w:r>
          </w:p>
        </w:tc>
        <w:tc>
          <w:tcPr>
            <w:tcW w:type="dxa" w:w="1337"/>
          </w:tcPr>
          <w:p>
            <w:r>
              <w:t>&lt;&lt;submittals.SpecSection&gt;&gt;</w:t>
            </w:r>
          </w:p>
        </w:tc>
        <w:tc>
          <w:tcPr>
            <w:tcW w:type="dxa" w:w="1337"/>
          </w:tcPr>
          <w:p>
            <w:r>
              <w:t>&lt;&lt;submittals.Description&gt;&gt;</w:t>
            </w:r>
          </w:p>
        </w:tc>
        <w:tc>
          <w:tcPr>
            <w:tcW w:type="dxa" w:w="1337"/>
          </w:tcPr>
          <w:p>
            <w:r>
              <w:t>&lt;&lt;submittals.Type&gt;&gt;</w:t>
            </w:r>
          </w:p>
        </w:tc>
        <w:tc>
          <w:tcPr>
            <w:tcW w:type="dxa" w:w="1337"/>
          </w:tcPr>
          <w:p>
            <w:r>
              <w:t>&lt;&lt;submittals.SubmittedDate&gt;&gt;</w:t>
            </w:r>
          </w:p>
        </w:tc>
        <w:tc>
          <w:tcPr>
            <w:tcW w:type="dxa" w:w="1337"/>
          </w:tcPr>
          <w:p>
            <w:r>
              <w:t>&lt;&lt;submittals.RequiredReturnDate&gt;&gt;</w:t>
            </w:r>
          </w:p>
        </w:tc>
        <w:tc>
          <w:tcPr>
            <w:tcW w:type="dxa" w:w="1337"/>
          </w:tcPr>
          <w:p>
            <w:r>
              <w:t>&lt;&lt;submittals.Result&gt;&gt;</w:t>
            </w:r>
          </w:p>
        </w:tc>
      </w:tr>
    </w:tbl>
    <w:p>
      <w:r>
        <w:rPr>
          <w:color w:val="C8C8C8"/>
          <w:sz w:val="16"/>
        </w:rPr>
        <w:t>{{EndForEach}}</w:t>
      </w:r>
    </w:p>
    <w:p/>
    <w:p>
      <w:pPr>
        <w:pStyle w:val="Heading1"/>
      </w:pPr>
      <w:r>
        <w:rPr>
          <w:color w:val="004682"/>
        </w:rPr>
        <w:t>Summary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Total Submittals:</w:t>
            </w:r>
          </w:p>
        </w:tc>
        <w:tc>
          <w:tcPr>
            <w:tcW w:type="dxa" w:w="4680"/>
          </w:tcPr>
          <w:p>
            <w:r>
              <w:t>&lt;&lt;TotalSubmittals&gt;&gt;</w:t>
            </w:r>
          </w:p>
        </w:tc>
      </w:tr>
      <w:tr>
        <w:tc>
          <w:tcPr>
            <w:tcW w:type="dxa" w:w="4680"/>
          </w:tcPr>
          <w:p>
            <w:r>
              <w:t>Approved:</w:t>
            </w:r>
          </w:p>
        </w:tc>
        <w:tc>
          <w:tcPr>
            <w:tcW w:type="dxa" w:w="4680"/>
          </w:tcPr>
          <w:p>
            <w:r>
              <w:t>&lt;&lt;ApprovedSubmittals&gt;&gt;</w:t>
            </w:r>
          </w:p>
        </w:tc>
      </w:tr>
      <w:tr>
        <w:tc>
          <w:tcPr>
            <w:tcW w:type="dxa" w:w="4680"/>
          </w:tcPr>
          <w:p>
            <w:r>
              <w:t>Approved as Noted:</w:t>
            </w:r>
          </w:p>
        </w:tc>
        <w:tc>
          <w:tcPr>
            <w:tcW w:type="dxa" w:w="4680"/>
          </w:tcPr>
          <w:p>
            <w:r>
              <w:t>&lt;&lt;ApprovedAsNotedSubmittals&gt;&gt;</w:t>
            </w:r>
          </w:p>
        </w:tc>
      </w:tr>
      <w:tr>
        <w:tc>
          <w:tcPr>
            <w:tcW w:type="dxa" w:w="4680"/>
          </w:tcPr>
          <w:p>
            <w:r>
              <w:t>Revise &amp; Resubmit:</w:t>
            </w:r>
          </w:p>
        </w:tc>
        <w:tc>
          <w:tcPr>
            <w:tcW w:type="dxa" w:w="4680"/>
          </w:tcPr>
          <w:p>
            <w:r>
              <w:t>&lt;&lt;ReviseResubmitSubmittals&gt;&gt;</w:t>
            </w:r>
          </w:p>
        </w:tc>
      </w:tr>
      <w:tr>
        <w:tc>
          <w:tcPr>
            <w:tcW w:type="dxa" w:w="4680"/>
          </w:tcPr>
          <w:p>
            <w:r>
              <w:t>Pending:</w:t>
            </w:r>
          </w:p>
        </w:tc>
        <w:tc>
          <w:tcPr>
            <w:tcW w:type="dxa" w:w="4680"/>
          </w:tcPr>
          <w:p>
            <w:r>
              <w:t>&lt;&lt;PendingSubmittals&gt;&gt;</w:t>
            </w:r>
          </w:p>
        </w:tc>
      </w:tr>
    </w:tbl>
    <w:p/>
    <w:p/>
    <w:p>
      <w:r>
        <w:t>Prepared by: &lt;&lt;pm.FirstName&gt;&gt; &lt;&lt;pm.LastName&gt;&gt;, &lt;&lt;pm.Title&gt;&gt;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