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004682"/>
          <w:sz w:val="28"/>
        </w:rPr>
        <w:t>&lt;&lt;companies.CompanyName&gt;&gt;</w:t>
      </w:r>
    </w:p>
    <w:p>
      <w:pPr>
        <w:jc w:val="center"/>
      </w:pPr>
      <w:r>
        <w:rPr>
          <w:color w:val="787878"/>
          <w:sz w:val="18"/>
        </w:rPr>
        <w:t>&lt;&lt;companies.Address&gt;&gt;  |  &lt;&lt;companies.City&gt;&gt;, &lt;&lt;companies.State&gt;&gt;  &lt;&lt;companies.Zip&gt;&gt;  |  &lt;&lt;companies.Phone&gt;&gt;  |  &lt;&lt;companies.Email&gt;&gt;</w:t>
      </w:r>
    </w:p>
    <w:p>
      <w:pPr>
        <w:jc w:val="center"/>
      </w:pPr>
      <w:r>
        <w:rPr>
          <w:color w:val="787878"/>
          <w:sz w:val="18"/>
        </w:rPr>
        <w:t>License: &lt;&lt;companies.LicenseNumber&gt;&gt; (&lt;&lt;companies.LicenseState&gt;&gt;)  |  Bonding: &lt;&lt;companies.BondingCompany&gt;&gt;  |  Bond Limit: $&lt;&lt;companies.BondLimit&gt;&gt;</w:t>
      </w:r>
    </w:p>
    <w:p/>
    <w:p>
      <w:pPr>
        <w:pStyle w:val="Title"/>
        <w:jc w:val="center"/>
      </w:pPr>
      <w:r>
        <w:t>REQUEST FOR INFORMATION LOG</w:t>
      </w:r>
    </w:p>
    <w:p/>
    <w:p>
      <w:pPr>
        <w:pStyle w:val="Heading1"/>
      </w:pPr>
      <w:r>
        <w:rPr>
          <w:color w:val="004682"/>
        </w:rPr>
        <w:t>Project Information</w:t>
      </w:r>
    </w:p>
    <w:tbl>
      <w:tblPr>
        <w:tblStyle w:val="LightList-Accent1"/>
        <w:tblW w:type="auto" w:w="0"/>
        <w:tblLook w:firstColumn="1" w:firstRow="1" w:lastColumn="0" w:lastRow="0" w:noHBand="0" w:noVBand="1" w:val="04A0"/>
      </w:tblPr>
      <w:tblGrid>
        <w:gridCol w:w="4680"/>
        <w:gridCol w:w="4680"/>
      </w:tblGrid>
      <w:tr>
        <w:tc>
          <w:tcPr>
            <w:tcW w:type="dxa" w:w="4680"/>
          </w:tcPr>
          <w:p>
            <w:r>
              <w:t>Project:</w:t>
            </w:r>
          </w:p>
        </w:tc>
        <w:tc>
          <w:tcPr>
            <w:tcW w:type="dxa" w:w="4680"/>
          </w:tcPr>
          <w:p>
            <w:r>
              <w:t>&lt;&lt;projects.ProjectName&gt;&gt; (#&lt;&lt;projects.ProjectNumber&gt;&gt;)</w:t>
            </w:r>
          </w:p>
        </w:tc>
      </w:tr>
      <w:tr>
        <w:tc>
          <w:tcPr>
            <w:tcW w:type="dxa" w:w="4680"/>
          </w:tcPr>
          <w:p>
            <w:r>
              <w:t>Contractor:</w:t>
            </w:r>
          </w:p>
        </w:tc>
        <w:tc>
          <w:tcPr>
            <w:tcW w:type="dxa" w:w="4680"/>
          </w:tcPr>
          <w:p>
            <w:r>
              <w:t>&lt;&lt;companies.CompanyName&gt;&gt;</w:t>
            </w:r>
          </w:p>
        </w:tc>
      </w:tr>
      <w:tr>
        <w:tc>
          <w:tcPr>
            <w:tcW w:type="dxa" w:w="4680"/>
          </w:tcPr>
          <w:p>
            <w:r>
              <w:t>Architect:</w:t>
            </w:r>
          </w:p>
        </w:tc>
        <w:tc>
          <w:tcPr>
            <w:tcW w:type="dxa" w:w="4680"/>
          </w:tcPr>
          <w:p>
            <w:r>
              <w:t>&lt;&lt;architect.CompanyName&gt;&gt;</w:t>
            </w:r>
          </w:p>
        </w:tc>
      </w:tr>
      <w:tr>
        <w:tc>
          <w:tcPr>
            <w:tcW w:type="dxa" w:w="4680"/>
          </w:tcPr>
          <w:p>
            <w:r>
              <w:t>Report Date:</w:t>
            </w:r>
          </w:p>
        </w:tc>
        <w:tc>
          <w:tcPr>
            <w:tcW w:type="dxa" w:w="4680"/>
          </w:tcPr>
          <w:p>
            <w:r>
              <w:t>&lt;&lt;ReportDate&gt;&gt;</w:t>
            </w:r>
          </w:p>
        </w:tc>
      </w:tr>
    </w:tbl>
    <w:p/>
    <w:p>
      <w:pPr>
        <w:pStyle w:val="Heading1"/>
      </w:pPr>
      <w:r>
        <w:rPr>
          <w:color w:val="004682"/>
        </w:rPr>
        <w:t>RFI Register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1337"/>
        <w:gridCol w:w="1337"/>
        <w:gridCol w:w="1337"/>
        <w:gridCol w:w="1337"/>
        <w:gridCol w:w="1337"/>
        <w:gridCol w:w="1337"/>
        <w:gridCol w:w="1337"/>
      </w:tblGrid>
      <w:tr>
        <w:tc>
          <w:tcPr>
            <w:tcW w:type="dxa" w:w="1337"/>
          </w:tcPr>
          <w:p>
            <w:r>
              <w:t>RFI #</w:t>
            </w:r>
          </w:p>
        </w:tc>
        <w:tc>
          <w:tcPr>
            <w:tcW w:type="dxa" w:w="1337"/>
          </w:tcPr>
          <w:p>
            <w:r>
              <w:t>Date</w:t>
            </w:r>
          </w:p>
        </w:tc>
        <w:tc>
          <w:tcPr>
            <w:tcW w:type="dxa" w:w="1337"/>
          </w:tcPr>
          <w:p>
            <w:r>
              <w:t>Subject</w:t>
            </w:r>
          </w:p>
        </w:tc>
        <w:tc>
          <w:tcPr>
            <w:tcW w:type="dxa" w:w="1337"/>
          </w:tcPr>
          <w:p>
            <w:r>
              <w:t>Spec Section</w:t>
            </w:r>
          </w:p>
        </w:tc>
        <w:tc>
          <w:tcPr>
            <w:tcW w:type="dxa" w:w="1337"/>
          </w:tcPr>
          <w:p>
            <w:r>
              <w:t>Addressed To</w:t>
            </w:r>
          </w:p>
        </w:tc>
        <w:tc>
          <w:tcPr>
            <w:tcW w:type="dxa" w:w="1337"/>
          </w:tcPr>
          <w:p>
            <w:r>
              <w:t>Response Due</w:t>
            </w:r>
          </w:p>
        </w:tc>
        <w:tc>
          <w:tcPr>
            <w:tcW w:type="dxa" w:w="1337"/>
          </w:tcPr>
          <w:p>
            <w:r>
              <w:t>Status</w:t>
            </w:r>
          </w:p>
        </w:tc>
      </w:tr>
    </w:tbl>
    <w:p>
      <w:r>
        <w:rPr>
          <w:color w:val="C8C8C8"/>
          <w:sz w:val="16"/>
        </w:rPr>
        <w:t>{{ForEach:rfis}}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1337"/>
        <w:gridCol w:w="1337"/>
        <w:gridCol w:w="1337"/>
        <w:gridCol w:w="1337"/>
        <w:gridCol w:w="1337"/>
        <w:gridCol w:w="1337"/>
        <w:gridCol w:w="1337"/>
      </w:tblGrid>
      <w:tr>
        <w:tc>
          <w:tcPr>
            <w:tcW w:type="dxa" w:w="1337"/>
          </w:tcPr>
          <w:p>
            <w:r>
              <w:t>&lt;&lt;rfis.RFINumber&gt;&gt;</w:t>
            </w:r>
          </w:p>
        </w:tc>
        <w:tc>
          <w:tcPr>
            <w:tcW w:type="dxa" w:w="1337"/>
          </w:tcPr>
          <w:p>
            <w:r>
              <w:t>&lt;&lt;rfis.RFIDate&gt;&gt;</w:t>
            </w:r>
          </w:p>
        </w:tc>
        <w:tc>
          <w:tcPr>
            <w:tcW w:type="dxa" w:w="1337"/>
          </w:tcPr>
          <w:p>
            <w:r>
              <w:t>&lt;&lt;rfis.Subject&gt;&gt;</w:t>
            </w:r>
          </w:p>
        </w:tc>
        <w:tc>
          <w:tcPr>
            <w:tcW w:type="dxa" w:w="1337"/>
          </w:tcPr>
          <w:p>
            <w:r>
              <w:t>&lt;&lt;rfis.SpecSection&gt;&gt;</w:t>
            </w:r>
          </w:p>
        </w:tc>
        <w:tc>
          <w:tcPr>
            <w:tcW w:type="dxa" w:w="1337"/>
          </w:tcPr>
          <w:p>
            <w:r>
              <w:t>&lt;&lt;addressee.FirstName&gt;&gt; &lt;&lt;addressee.LastName&gt;&gt;</w:t>
            </w:r>
          </w:p>
        </w:tc>
        <w:tc>
          <w:tcPr>
            <w:tcW w:type="dxa" w:w="1337"/>
          </w:tcPr>
          <w:p>
            <w:r>
              <w:t>&lt;&lt;rfis.ResponseDate&gt;&gt;</w:t>
            </w:r>
          </w:p>
        </w:tc>
        <w:tc>
          <w:tcPr>
            <w:tcW w:type="dxa" w:w="1337"/>
          </w:tcPr>
          <w:p>
            <w:r>
              <w:t>&lt;&lt;rfis.Status&gt;&gt;</w:t>
            </w:r>
          </w:p>
        </w:tc>
      </w:tr>
    </w:tbl>
    <w:p>
      <w:r>
        <w:rPr>
          <w:color w:val="C8C8C8"/>
          <w:sz w:val="16"/>
        </w:rPr>
        <w:t>{{EndForEach}}</w:t>
      </w:r>
    </w:p>
    <w:p/>
    <w:p>
      <w:pPr>
        <w:pStyle w:val="Heading1"/>
      </w:pPr>
      <w:r>
        <w:rPr>
          <w:color w:val="004682"/>
        </w:rPr>
        <w:t>Summary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4680"/>
        <w:gridCol w:w="4680"/>
      </w:tblGrid>
      <w:tr>
        <w:tc>
          <w:tcPr>
            <w:tcW w:type="dxa" w:w="4680"/>
          </w:tcPr>
          <w:p>
            <w:r>
              <w:t>Total RFIs:</w:t>
            </w:r>
          </w:p>
        </w:tc>
        <w:tc>
          <w:tcPr>
            <w:tcW w:type="dxa" w:w="4680"/>
          </w:tcPr>
          <w:p>
            <w:r>
              <w:t>&lt;&lt;TotalRFIs&gt;&gt;</w:t>
            </w:r>
          </w:p>
        </w:tc>
      </w:tr>
      <w:tr>
        <w:tc>
          <w:tcPr>
            <w:tcW w:type="dxa" w:w="4680"/>
          </w:tcPr>
          <w:p>
            <w:r>
              <w:t>Open:</w:t>
            </w:r>
          </w:p>
        </w:tc>
        <w:tc>
          <w:tcPr>
            <w:tcW w:type="dxa" w:w="4680"/>
          </w:tcPr>
          <w:p>
            <w:r>
              <w:t>&lt;&lt;OpenRFIs&gt;&gt;</w:t>
            </w:r>
          </w:p>
        </w:tc>
      </w:tr>
      <w:tr>
        <w:tc>
          <w:tcPr>
            <w:tcW w:type="dxa" w:w="4680"/>
          </w:tcPr>
          <w:p>
            <w:r>
              <w:t>Answered:</w:t>
            </w:r>
          </w:p>
        </w:tc>
        <w:tc>
          <w:tcPr>
            <w:tcW w:type="dxa" w:w="4680"/>
          </w:tcPr>
          <w:p>
            <w:r>
              <w:t>&lt;&lt;AnsweredRFIs&gt;&gt;</w:t>
            </w:r>
          </w:p>
        </w:tc>
      </w:tr>
      <w:tr>
        <w:tc>
          <w:tcPr>
            <w:tcW w:type="dxa" w:w="4680"/>
          </w:tcPr>
          <w:p>
            <w:r>
              <w:t>Closed / Void:</w:t>
            </w:r>
          </w:p>
        </w:tc>
        <w:tc>
          <w:tcPr>
            <w:tcW w:type="dxa" w:w="4680"/>
          </w:tcPr>
          <w:p>
            <w:r>
              <w:t>&lt;&lt;ClosedRFIs&gt;&gt;</w:t>
            </w:r>
          </w:p>
        </w:tc>
      </w:tr>
    </w:tbl>
    <w:p/>
    <w:p/>
    <w:p>
      <w:r>
        <w:t>Prepared by: &lt;&lt;pm.FirstName&gt;&gt; &lt;&lt;pm.LastName&gt;&gt;, &lt;&lt;pm.Title&gt;&gt;</w:t>
      </w:r>
    </w:p>
    <w:p>
      <w:r>
        <w:t>Signature: _________________________________________________   Date: ___________________</w:t>
      </w:r>
    </w:p>
    <w:p>
      <w:r>
        <w:t>Print Name: ________________________________________________   Title: ___________________</w:t>
      </w:r>
    </w:p>
    <w:sectPr w:rsidR="00FC693F" w:rsidRPr="0006063C" w:rsidSect="00034616">
      <w:pgSz w:w="12240" w:h="15840"/>
      <w:pgMar w:top="1080" w:right="1440" w:bottom="108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