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4682"/>
          <w:sz w:val="28"/>
        </w:rPr>
        <w:t>&lt;&lt;companies.CompanyName&gt;&gt;</w:t>
      </w:r>
    </w:p>
    <w:p>
      <w:pPr>
        <w:jc w:val="center"/>
      </w:pPr>
      <w:r>
        <w:rPr>
          <w:color w:val="787878"/>
          <w:sz w:val="18"/>
        </w:rPr>
        <w:t>&lt;&lt;companies.Address&gt;&gt;  |  &lt;&lt;companies.City&gt;&gt;, &lt;&lt;companies.State&gt;&gt;  &lt;&lt;companies.Zip&gt;&gt;  |  &lt;&lt;companies.Phone&gt;&gt;  |  &lt;&lt;companies.Email&gt;&gt;</w:t>
      </w:r>
    </w:p>
    <w:p>
      <w:pPr>
        <w:jc w:val="center"/>
      </w:pPr>
      <w:r>
        <w:rPr>
          <w:color w:val="787878"/>
          <w:sz w:val="18"/>
        </w:rPr>
        <w:t>License: &lt;&lt;companies.LicenseNumber&gt;&gt; (&lt;&lt;companies.LicenseState&gt;&gt;)  |  Bonding: &lt;&lt;companies.BondingCompany&gt;&gt;  |  Bond Limit: $&lt;&lt;companies.BondLimit&gt;&gt;</w:t>
      </w:r>
    </w:p>
    <w:p/>
    <w:p/>
    <w:p>
      <w:r>
        <w:t>&lt;&lt;LetterDate&gt;&gt;</w:t>
      </w:r>
    </w:p>
    <w:p/>
    <w:p>
      <w:r>
        <w:t>&lt;&lt;owner.FirstName&gt;&gt; &lt;&lt;owner.LastName&gt;&gt;</w:t>
      </w:r>
    </w:p>
    <w:p>
      <w:r>
        <w:t>&lt;&lt;owner.CompanyName&gt;&gt;</w:t>
      </w:r>
    </w:p>
    <w:p>
      <w:r>
        <w:t>&lt;&lt;owner.Address&gt;&gt;</w:t>
      </w:r>
    </w:p>
    <w:p>
      <w:r>
        <w:t>&lt;&lt;owner.City&gt;&gt;, &lt;&lt;owner.State&gt;&gt; &lt;&lt;owner.Zip&gt;&gt;</w:t>
      </w:r>
    </w:p>
    <w:p/>
    <w:p>
      <w:r>
        <w:t>Dear &lt;&lt;owner.FirstName&gt;&gt;,</w:t>
      </w:r>
    </w:p>
    <w:p/>
    <w:p>
      <w:r>
        <w:t>It has been a genuine pleasure working with you on &lt;&lt;projects.ProjectName&gt;&gt;. Achieving Substantial Completion on a $&lt;&lt;projects.ContractAmount&gt;&gt; &lt;&lt;projects.ProjectType&gt;&gt; project is an accomplishment we are proud to have delivered for you, and we hope it reflects the standard of quality and professionalism that &lt;&lt;companies.CompanyName&gt;&gt; brings to every project.</w:t>
      </w:r>
    </w:p>
    <w:p/>
    <w:p>
      <w:r>
        <w:t>Our team — &lt;&lt;pm.FirstName&gt;&gt; &lt;&lt;pm.LastName&gt;&gt;, &lt;&lt;super.FirstName&gt;&gt; &lt;&lt;super.LastName&gt;&gt;, and the full crew on this project — is grateful for the trust you placed in us. We don't take that lightly.</w:t>
      </w:r>
    </w:p>
    <w:p/>
    <w:p>
      <w:r>
        <w:t>If there is ever anything we can do to assist you with future projects or warranty items, please don't hesitate to call &lt;&lt;pm.Phone&gt;&gt; or email &lt;&lt;pm.Email&gt;&gt;. We would be honored to be your contractor of choice again.</w:t>
      </w:r>
    </w:p>
    <w:p/>
    <w:p>
      <w:r>
        <w:t>One request: if our team earned a strong recommendation, a referral is the highest compliment you can give us. Please keep us in mind if someone you know is planning a construction project.</w:t>
      </w:r>
    </w:p>
    <w:p/>
    <w:p>
      <w:r>
        <w:t>Thank you again for the opportunity.</w:t>
      </w:r>
    </w:p>
    <w:p/>
    <w:p>
      <w:r>
        <w:t>Sincerely,</w:t>
      </w:r>
    </w:p>
    <w:p/>
    <w:p/>
    <w:p>
      <w:r>
        <w:t>&lt;&lt;pm.FirstName&gt;&gt; &lt;&lt;pm.LastName&gt;&gt;</w:t>
      </w:r>
    </w:p>
    <w:p>
      <w:r>
        <w:t>&lt;&lt;pm.Title&gt;&gt;, &lt;&lt;companies.CompanyName&gt;&gt;</w:t>
      </w:r>
    </w:p>
    <w:p>
      <w:r>
        <w:t>&lt;&lt;pm.Phone&gt;&gt; | &lt;&lt;pm.Email&gt;&gt;</w:t>
      </w:r>
    </w:p>
    <w:sectPr w:rsidR="00FC693F" w:rsidRPr="0006063C" w:rsidSect="00034616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