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WARRANTY LETTER</w:t>
      </w:r>
    </w:p>
    <w:p/>
    <w:p>
      <w:pPr>
        <w:pStyle w:val="Heading1"/>
      </w:pPr>
      <w:r>
        <w:rPr>
          <w:color w:val="004682"/>
        </w:rPr>
        <w:t>Project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</w:t>
            </w:r>
          </w:p>
        </w:tc>
      </w:tr>
      <w:tr>
        <w:tc>
          <w:tcPr>
            <w:tcW w:type="dxa" w:w="4680"/>
          </w:tcPr>
          <w:p>
            <w:r>
              <w:t>Address: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</w:t>
            </w:r>
          </w:p>
        </w:tc>
      </w:tr>
      <w:tr>
        <w:tc>
          <w:tcPr>
            <w:tcW w:type="dxa" w:w="4680"/>
          </w:tcPr>
          <w:p>
            <w:r>
              <w:t>Contract Amount:</w:t>
            </w:r>
          </w:p>
        </w:tc>
        <w:tc>
          <w:tcPr>
            <w:tcW w:type="dxa" w:w="4680"/>
          </w:tcPr>
          <w:p>
            <w:r>
              <w:t>$&lt;&lt;projects.ContractAmount&gt;&gt;</w:t>
            </w:r>
          </w:p>
        </w:tc>
      </w:tr>
      <w:tr>
        <w:tc>
          <w:tcPr>
            <w:tcW w:type="dxa" w:w="4680"/>
          </w:tcPr>
          <w:p>
            <w:r>
              <w:t>Subst. Completion:</w:t>
            </w:r>
          </w:p>
        </w:tc>
        <w:tc>
          <w:tcPr>
            <w:tcW w:type="dxa" w:w="4680"/>
          </w:tcPr>
          <w:p>
            <w:r>
              <w:t>&lt;&lt;SubstantialCompletionDate&gt;&gt;</w:t>
            </w:r>
          </w:p>
        </w:tc>
      </w:tr>
    </w:tbl>
    <w:p/>
    <w:p>
      <w:pPr>
        <w:pStyle w:val="Heading1"/>
      </w:pPr>
      <w:r>
        <w:rPr>
          <w:color w:val="004682"/>
        </w:rPr>
        <w:t>Workmanship Warranty</w:t>
      </w:r>
    </w:p>
    <w:p>
      <w:r>
        <w:t>&lt;&lt;companies.CompanyName&gt;&gt; hereby warrants all labor, materials, and workmanship furnished under the above-referenced Contract to be free from defects for a period of ONE (1) YEAR from the date of Substantial Completion (&lt;&lt;SubstantialCompletionDate&gt;&gt;).</w:t>
      </w:r>
    </w:p>
    <w:p/>
    <w:p>
      <w:r>
        <w:t>This warranty does not cover damage caused by Owner neglect, misuse, or work performed by others after Substantial Completion, or normal wear and deterioration.</w:t>
      </w:r>
    </w:p>
    <w:p/>
    <w:p>
      <w:pPr>
        <w:pStyle w:val="Heading1"/>
      </w:pPr>
      <w:r>
        <w:rPr>
          <w:color w:val="004682"/>
        </w:rPr>
        <w:t>Extended Warranties (Systems)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System / Component</w:t>
            </w:r>
          </w:p>
        </w:tc>
        <w:tc>
          <w:tcPr>
            <w:tcW w:type="dxa" w:w="3120"/>
          </w:tcPr>
          <w:p>
            <w:r>
              <w:t>Warranty Period</w:t>
            </w:r>
          </w:p>
        </w:tc>
        <w:tc>
          <w:tcPr>
            <w:tcW w:type="dxa" w:w="3120"/>
          </w:tcPr>
          <w:p>
            <w:r>
              <w:t>Manufacturer / Provider</w:t>
            </w:r>
          </w:p>
        </w:tc>
      </w:tr>
      <w:tr>
        <w:tc>
          <w:tcPr>
            <w:tcW w:type="dxa" w:w="3120"/>
          </w:tcPr>
          <w:p>
            <w:r>
              <w:t>Roofing membrane</w:t>
            </w:r>
          </w:p>
        </w:tc>
        <w:tc>
          <w:tcPr>
            <w:tcW w:type="dxa" w:w="3120"/>
          </w:tcPr>
          <w:p>
            <w:r>
              <w:t>10 years</w:t>
            </w:r>
          </w:p>
        </w:tc>
        <w:tc>
          <w:tcPr>
            <w:tcW w:type="dxa" w:w="3120"/>
          </w:tcPr>
          <w:p>
            <w:r>
              <w:t>_____________________</w:t>
            </w:r>
          </w:p>
        </w:tc>
      </w:tr>
      <w:tr>
        <w:tc>
          <w:tcPr>
            <w:tcW w:type="dxa" w:w="3120"/>
          </w:tcPr>
          <w:p>
            <w:r>
              <w:t>HVAC equipment</w:t>
            </w:r>
          </w:p>
        </w:tc>
        <w:tc>
          <w:tcPr>
            <w:tcW w:type="dxa" w:w="3120"/>
          </w:tcPr>
          <w:p>
            <w:r>
              <w:t>5 years</w:t>
            </w:r>
          </w:p>
        </w:tc>
        <w:tc>
          <w:tcPr>
            <w:tcW w:type="dxa" w:w="3120"/>
          </w:tcPr>
          <w:p>
            <w:r>
              <w:t>_____________________</w:t>
            </w:r>
          </w:p>
        </w:tc>
      </w:tr>
      <w:tr>
        <w:tc>
          <w:tcPr>
            <w:tcW w:type="dxa" w:w="3120"/>
          </w:tcPr>
          <w:p>
            <w:r>
              <w:t>Elevator</w:t>
            </w:r>
          </w:p>
        </w:tc>
        <w:tc>
          <w:tcPr>
            <w:tcW w:type="dxa" w:w="3120"/>
          </w:tcPr>
          <w:p>
            <w:r>
              <w:t>1 year parts + labor</w:t>
            </w:r>
          </w:p>
        </w:tc>
        <w:tc>
          <w:tcPr>
            <w:tcW w:type="dxa" w:w="3120"/>
          </w:tcPr>
          <w:p>
            <w:r>
              <w:t>_____________________</w:t>
            </w:r>
          </w:p>
        </w:tc>
      </w:tr>
      <w:tr>
        <w:tc>
          <w:tcPr>
            <w:tcW w:type="dxa" w:w="3120"/>
          </w:tcPr>
          <w:p>
            <w:r>
              <w:t>Exterior glazing</w:t>
            </w:r>
          </w:p>
        </w:tc>
        <w:tc>
          <w:tcPr>
            <w:tcW w:type="dxa" w:w="3120"/>
          </w:tcPr>
          <w:p>
            <w:r>
              <w:t>5 years</w:t>
            </w:r>
          </w:p>
        </w:tc>
        <w:tc>
          <w:tcPr>
            <w:tcW w:type="dxa" w:w="3120"/>
          </w:tcPr>
          <w:p>
            <w:r>
              <w:t>_____________________</w:t>
            </w:r>
          </w:p>
        </w:tc>
      </w:tr>
    </w:tbl>
    <w:p/>
    <w:p>
      <w:pPr>
        <w:pStyle w:val="Heading1"/>
      </w:pPr>
      <w:r>
        <w:rPr>
          <w:color w:val="004682"/>
        </w:rPr>
        <w:t>Warranty Service Contact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Contact:</w:t>
            </w:r>
          </w:p>
        </w:tc>
        <w:tc>
          <w:tcPr>
            <w:tcW w:type="dxa" w:w="4680"/>
          </w:tcPr>
          <w:p>
            <w:r>
              <w:t>&lt;&lt;pm.FirstName&gt;&gt; &lt;&lt;pm.LastName&gt;&gt;</w:t>
            </w:r>
          </w:p>
        </w:tc>
      </w:tr>
      <w:tr>
        <w:tc>
          <w:tcPr>
            <w:tcW w:type="dxa" w:w="4680"/>
          </w:tcPr>
          <w:p>
            <w:r>
              <w:t>Phone:</w:t>
            </w:r>
          </w:p>
        </w:tc>
        <w:tc>
          <w:tcPr>
            <w:tcW w:type="dxa" w:w="4680"/>
          </w:tcPr>
          <w:p>
            <w:r>
              <w:t>&lt;&lt;pm.Phone&gt;&gt;</w:t>
            </w:r>
          </w:p>
        </w:tc>
      </w:tr>
      <w:tr>
        <w:tc>
          <w:tcPr>
            <w:tcW w:type="dxa" w:w="4680"/>
          </w:tcPr>
          <w:p>
            <w:r>
              <w:t>Email:</w:t>
            </w:r>
          </w:p>
        </w:tc>
        <w:tc>
          <w:tcPr>
            <w:tcW w:type="dxa" w:w="4680"/>
          </w:tcPr>
          <w:p>
            <w:r>
              <w:t>&lt;&lt;pm.Email&gt;&gt;</w:t>
            </w:r>
          </w:p>
        </w:tc>
      </w:tr>
    </w:tbl>
    <w:p/>
    <w:p/>
    <w:p>
      <w:r>
        <w:rPr>
          <w:color w:val="C8C8C8"/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Owner Acknowledgment: &lt;&lt;owner.FirstName&gt;&gt; &lt;&lt;owner.LastName&gt;&gt;</w:t>
            </w:r>
          </w:p>
        </w:tc>
        <w:tc>
          <w:tcPr>
            <w:tcW w:type="dxa" w:w="4680"/>
          </w:tcPr>
          <w:p>
            <w:r>
              <w:t>&lt;&lt;companies.CompanyName&gt;&gt; — Authorized Representative</w:t>
            </w:r>
          </w:p>
        </w:tc>
      </w:tr>
      <w:tr>
        <w:tc>
          <w:tcPr>
            <w:tcW w:type="dxa" w:w="4680"/>
          </w:tcPr>
          <w:p>
            <w:r>
              <w:t>Signature: ______________________________</w:t>
            </w:r>
          </w:p>
        </w:tc>
        <w:tc>
          <w:tcPr>
            <w:tcW w:type="dxa" w:w="4680"/>
          </w:tcPr>
          <w:p>
            <w:r>
              <w:t>Signature: ______________________________</w:t>
            </w:r>
          </w:p>
        </w:tc>
      </w:tr>
      <w:tr>
        <w:tc>
          <w:tcPr>
            <w:tcW w:type="dxa" w:w="4680"/>
          </w:tcPr>
          <w:p>
            <w:r>
              <w:t>Print Name: _____________________________</w:t>
            </w:r>
          </w:p>
        </w:tc>
        <w:tc>
          <w:tcPr>
            <w:tcW w:type="dxa" w:w="4680"/>
          </w:tcPr>
          <w:p>
            <w:r>
              <w:t>Print Name: _____________________________</w:t>
            </w:r>
          </w:p>
        </w:tc>
      </w:tr>
      <w:tr>
        <w:tc>
          <w:tcPr>
            <w:tcW w:type="dxa" w:w="4680"/>
          </w:tcPr>
          <w:p>
            <w:r>
              <w:t>Date: __________________________________</w:t>
            </w:r>
          </w:p>
        </w:tc>
        <w:tc>
          <w:tcPr>
            <w:tcW w:type="dxa" w:w="4680"/>
          </w:tcPr>
          <w:p>
            <w:r>
              <w:t>Date: __________________________________</w:t>
            </w:r>
          </w:p>
        </w:tc>
      </w:tr>
    </w:tbl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