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CERTIFICATE OF OCCUPANCY REQUEST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 &lt;&lt;projects.ProjectZip&gt;&gt;</w:t>
            </w:r>
          </w:p>
        </w:tc>
      </w:tr>
      <w:tr>
        <w:tc>
          <w:tcPr>
            <w:tcW w:type="dxa" w:w="4680"/>
          </w:tcPr>
          <w:p>
            <w:r>
              <w:t>APN:</w:t>
            </w:r>
          </w:p>
        </w:tc>
        <w:tc>
          <w:tcPr>
            <w:tcW w:type="dxa" w:w="4680"/>
          </w:tcPr>
          <w:p>
            <w:r>
              <w:t>&lt;&lt;projects.APNNumber&gt;&gt;</w:t>
            </w:r>
          </w:p>
        </w:tc>
      </w:tr>
      <w:tr>
        <w:tc>
          <w:tcPr>
            <w:tcW w:type="dxa" w:w="4680"/>
          </w:tcPr>
          <w:p>
            <w:r>
              <w:t>County:</w:t>
            </w:r>
          </w:p>
        </w:tc>
        <w:tc>
          <w:tcPr>
            <w:tcW w:type="dxa" w:w="4680"/>
          </w:tcPr>
          <w:p>
            <w:r>
              <w:t>&lt;&lt;projects.County&gt;&gt;</w:t>
            </w:r>
          </w:p>
        </w:tc>
      </w:tr>
      <w:tr>
        <w:tc>
          <w:tcPr>
            <w:tcW w:type="dxa" w:w="4680"/>
          </w:tcPr>
          <w:p>
            <w:r>
              <w:t>Project Type:</w:t>
            </w:r>
          </w:p>
        </w:tc>
        <w:tc>
          <w:tcPr>
            <w:tcW w:type="dxa" w:w="4680"/>
          </w:tcPr>
          <w:p>
            <w:r>
              <w:t>&lt;&lt;projects.ProjectType&gt;&gt;</w:t>
            </w:r>
          </w:p>
        </w:tc>
      </w:tr>
      <w:tr>
        <w:tc>
          <w:tcPr>
            <w:tcW w:type="dxa" w:w="4680"/>
          </w:tcPr>
          <w:p>
            <w:r>
              <w:t>Contractor:</w:t>
            </w:r>
          </w:p>
        </w:tc>
        <w:tc>
          <w:tcPr>
            <w:tcW w:type="dxa" w:w="4680"/>
          </w:tcPr>
          <w:p>
            <w:r>
              <w:t>&lt;&lt;companies.CompanyName&gt;&gt;  |  License: &lt;&lt;companies.LicenseNumber&gt;&gt;</w:t>
            </w:r>
          </w:p>
        </w:tc>
      </w:tr>
    </w:tbl>
    <w:p/>
    <w:p>
      <w:pPr>
        <w:pStyle w:val="Heading1"/>
      </w:pPr>
      <w:r>
        <w:rPr>
          <w:color w:val="004682"/>
        </w:rPr>
        <w:t>Permit Information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Permit Type</w:t>
            </w:r>
          </w:p>
        </w:tc>
        <w:tc>
          <w:tcPr>
            <w:tcW w:type="dxa" w:w="3120"/>
          </w:tcPr>
          <w:p>
            <w:r>
              <w:t>Permit Number</w:t>
            </w:r>
          </w:p>
        </w:tc>
        <w:tc>
          <w:tcPr>
            <w:tcW w:type="dxa" w:w="3120"/>
          </w:tcPr>
          <w:p>
            <w:r>
              <w:t>Issued Date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r>
              <w:t>Building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</w:t>
            </w:r>
          </w:p>
        </w:tc>
      </w:tr>
      <w:tr>
        <w:tc>
          <w:tcPr>
            <w:tcW w:type="dxa" w:w="3120"/>
          </w:tcPr>
          <w:p>
            <w:r>
              <w:t>Electrical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</w:t>
            </w:r>
          </w:p>
        </w:tc>
      </w:tr>
      <w:tr>
        <w:tc>
          <w:tcPr>
            <w:tcW w:type="dxa" w:w="3120"/>
          </w:tcPr>
          <w:p>
            <w:r>
              <w:t>Plumbing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</w:t>
            </w:r>
          </w:p>
        </w:tc>
      </w:tr>
      <w:tr>
        <w:tc>
          <w:tcPr>
            <w:tcW w:type="dxa" w:w="3120"/>
          </w:tcPr>
          <w:p>
            <w:r>
              <w:t>Mechanical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</w:t>
            </w:r>
          </w:p>
        </w:tc>
      </w:tr>
    </w:tbl>
    <w:p/>
    <w:p>
      <w:pPr>
        <w:pStyle w:val="Heading1"/>
      </w:pPr>
      <w:r>
        <w:rPr>
          <w:color w:val="004682"/>
        </w:rPr>
        <w:t>Final Inspection Status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Inspection Type</w:t>
            </w:r>
          </w:p>
        </w:tc>
        <w:tc>
          <w:tcPr>
            <w:tcW w:type="dxa" w:w="3120"/>
          </w:tcPr>
          <w:p>
            <w:r>
              <w:t>Inspector</w:t>
            </w:r>
          </w:p>
        </w:tc>
        <w:tc>
          <w:tcPr>
            <w:tcW w:type="dxa" w:w="3120"/>
          </w:tcPr>
          <w:p>
            <w:r>
              <w:t>Result / Date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r>
              <w:t>Building Final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</w:tr>
      <w:tr>
        <w:tc>
          <w:tcPr>
            <w:tcW w:type="dxa" w:w="3120"/>
          </w:tcPr>
          <w:p>
            <w:r>
              <w:t>Electrical Final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</w:tr>
      <w:tr>
        <w:tc>
          <w:tcPr>
            <w:tcW w:type="dxa" w:w="3120"/>
          </w:tcPr>
          <w:p>
            <w:r>
              <w:t>Plumbing Final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</w:tr>
      <w:tr>
        <w:tc>
          <w:tcPr>
            <w:tcW w:type="dxa" w:w="3120"/>
          </w:tcPr>
          <w:p>
            <w:r>
              <w:t>Fire Marshal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  <w:tc>
          <w:tcPr>
            <w:tcW w:type="dxa" w:w="3120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rPr>
          <w:color w:val="004682"/>
        </w:rPr>
        <w:t>Request</w:t>
      </w:r>
    </w:p>
    <w:p>
      <w:r>
        <w:t>The undersigned hereby requests the issuance of a Certificate of Occupancy for the above project. All required inspections have been completed and approved. The project complies with all applicable codes and ordinances.</w:t>
      </w:r>
    </w:p>
    <w:p/>
    <w:p>
      <w:r>
        <w:t>Primary Contact: &lt;&lt;pm.FirstName&gt;&gt; &lt;&lt;pm.LastName&gt;&gt; | &lt;&lt;pm.Phone&gt;&gt; | &lt;&lt;pm.Email&gt;&gt;</w:t>
      </w:r>
    </w:p>
    <w:p/>
    <w:p/>
    <w:p>
      <w:r>
        <w:t>&lt;&lt;companies.CompanyName&gt;&gt; — Authorized Representative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