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PUNCH LIST</w:t>
      </w:r>
    </w:p>
    <w:p/>
    <w:p>
      <w:pPr>
        <w:pStyle w:val="Heading1"/>
      </w:pPr>
      <w:r>
        <w:rPr>
          <w:color w:val="004682"/>
        </w:rPr>
        <w:t>Project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</w:t>
            </w:r>
          </w:p>
        </w:tc>
      </w:tr>
      <w:tr>
        <w:tc>
          <w:tcPr>
            <w:tcW w:type="dxa" w:w="4680"/>
          </w:tcPr>
          <w:p>
            <w:r>
              <w:t>Date Prepared:</w:t>
            </w:r>
          </w:p>
        </w:tc>
        <w:tc>
          <w:tcPr>
            <w:tcW w:type="dxa" w:w="4680"/>
          </w:tcPr>
          <w:p>
            <w:r>
              <w:t>&lt;&lt;PunchListDate&gt;&gt;</w:t>
            </w:r>
          </w:p>
        </w:tc>
      </w:tr>
      <w:tr>
        <w:tc>
          <w:tcPr>
            <w:tcW w:type="dxa" w:w="4680"/>
          </w:tcPr>
          <w:p>
            <w:r>
              <w:t>Subst. Completion:</w:t>
            </w:r>
          </w:p>
        </w:tc>
        <w:tc>
          <w:tcPr>
            <w:tcW w:type="dxa" w:w="4680"/>
          </w:tcPr>
          <w:p>
            <w:r>
              <w:t>&lt;&lt;SubstantialCompletionDate&gt;&gt;</w:t>
            </w:r>
          </w:p>
        </w:tc>
      </w:tr>
      <w:tr>
        <w:tc>
          <w:tcPr>
            <w:tcW w:type="dxa" w:w="4680"/>
          </w:tcPr>
          <w:p>
            <w:r>
              <w:t>Required Completion:</w:t>
            </w:r>
          </w:p>
        </w:tc>
        <w:tc>
          <w:tcPr>
            <w:tcW w:type="dxa" w:w="4680"/>
          </w:tcPr>
          <w:p>
            <w:r>
              <w:t>&lt;&lt;PunchListDeadline&gt;&gt;</w:t>
            </w:r>
          </w:p>
        </w:tc>
      </w:tr>
    </w:tbl>
    <w:p/>
    <w:p>
      <w:pPr>
        <w:pStyle w:val="Heading1"/>
      </w:pPr>
      <w:r>
        <w:rPr>
          <w:color w:val="004682"/>
        </w:rPr>
        <w:t>Punch List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r>
              <w:t>#</w:t>
            </w:r>
          </w:p>
        </w:tc>
        <w:tc>
          <w:tcPr>
            <w:tcW w:type="dxa" w:w="1872"/>
          </w:tcPr>
          <w:p>
            <w:r>
              <w:t>Location</w:t>
            </w:r>
          </w:p>
        </w:tc>
        <w:tc>
          <w:tcPr>
            <w:tcW w:type="dxa" w:w="1872"/>
          </w:tcPr>
          <w:p>
            <w:r>
              <w:t>Item / Deficiency</w:t>
            </w:r>
          </w:p>
        </w:tc>
        <w:tc>
          <w:tcPr>
            <w:tcW w:type="dxa" w:w="1872"/>
          </w:tcPr>
          <w:p>
            <w:r>
              <w:t>Responsible</w:t>
            </w:r>
          </w:p>
        </w:tc>
        <w:tc>
          <w:tcPr>
            <w:tcW w:type="dxa" w:w="1872"/>
          </w:tcPr>
          <w:p>
            <w:r>
              <w:t>Completed ✓</w:t>
            </w:r>
          </w:p>
        </w:tc>
      </w:tr>
      <w:tr>
        <w:tc>
          <w:tcPr>
            <w:tcW w:type="dxa" w:w="1872"/>
          </w:tcPr>
          <w:p>
            <w:r>
              <w:t>1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2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3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4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5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6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7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8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9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10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11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12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13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14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15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16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17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18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19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20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21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22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23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24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  <w:tr>
        <w:tc>
          <w:tcPr>
            <w:tcW w:type="dxa" w:w="1872"/>
          </w:tcPr>
          <w:p>
            <w:r>
              <w:t>25</w:t>
            </w:r>
          </w:p>
        </w:tc>
        <w:tc>
          <w:tcPr>
            <w:tcW w:type="dxa" w:w="1872"/>
          </w:tcPr>
          <w:p>
            <w:r>
              <w:t>________________</w:t>
            </w:r>
          </w:p>
        </w:tc>
        <w:tc>
          <w:tcPr>
            <w:tcW w:type="dxa" w:w="1872"/>
          </w:tcPr>
          <w:p>
            <w:r>
              <w:t>________________________________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  <w:tc>
          <w:tcPr>
            <w:tcW w:type="dxa" w:w="1872"/>
          </w:tcPr>
          <w:p>
            <w:r>
              <w:t>____________</w:t>
            </w:r>
          </w:p>
        </w:tc>
      </w:tr>
    </w:tbl>
    <w:p/>
    <w:p>
      <w:pPr>
        <w:pStyle w:val="Heading1"/>
      </w:pPr>
      <w:r>
        <w:rPr>
          <w:color w:val="004682"/>
        </w:rPr>
        <w:t>Instructions</w:t>
      </w:r>
    </w:p>
    <w:p>
      <w:pPr>
        <w:pStyle w:val="ListBullet"/>
      </w:pPr>
      <w:r>
        <w:t>All punch list items must be completed by &lt;&lt;PunchListDeadline&gt;&gt;</w:t>
      </w:r>
    </w:p>
    <w:p>
      <w:pPr>
        <w:pStyle w:val="ListBullet"/>
      </w:pPr>
      <w:r>
        <w:t>Contact &lt;&lt;pm.FirstName&gt;&gt; &lt;&lt;pm.LastName&gt;&gt; at &lt;&lt;pm.Phone&gt;&gt; to schedule final walkthrough</w:t>
      </w:r>
    </w:p>
    <w:p>
      <w:pPr>
        <w:pStyle w:val="ListBullet"/>
      </w:pPr>
      <w:r>
        <w:t>Do not call for final walkthrough until ALL items are complete</w:t>
      </w:r>
    </w:p>
    <w:p>
      <w:pPr>
        <w:pStyle w:val="ListBullet"/>
      </w:pPr>
      <w:r>
        <w:t>Retainage will not be released until all items are accepted by Owner and Architect</w:t>
      </w:r>
    </w:p>
    <w:p/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Owner: &lt;&lt;owner.FirstName&gt;&gt; &lt;&lt;owner.LastName&gt;&gt;</w:t>
            </w:r>
          </w:p>
        </w:tc>
        <w:tc>
          <w:tcPr>
            <w:tcW w:type="dxa" w:w="4680"/>
          </w:tcPr>
          <w:p>
            <w:r>
              <w:t>Architect: &lt;&lt;architect.FirstName&gt;&gt; &lt;&lt;architect.LastName&gt;&gt;</w:t>
            </w:r>
          </w:p>
        </w:tc>
      </w:tr>
      <w:tr>
        <w:tc>
          <w:tcPr>
            <w:tcW w:type="dxa" w:w="4680"/>
          </w:tcPr>
          <w:p>
            <w:r>
              <w:t>Signature: ______________________________</w:t>
            </w:r>
          </w:p>
        </w:tc>
        <w:tc>
          <w:tcPr>
            <w:tcW w:type="dxa" w:w="4680"/>
          </w:tcPr>
          <w:p>
            <w: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>
              <w:t>Print Name: _____________________________</w:t>
            </w:r>
          </w:p>
        </w:tc>
        <w:tc>
          <w:tcPr>
            <w:tcW w:type="dxa" w:w="4680"/>
          </w:tcPr>
          <w:p>
            <w:r>
              <w:t>Print Name: _____________________________</w:t>
            </w:r>
          </w:p>
        </w:tc>
      </w:tr>
      <w:tr>
        <w:tc>
          <w:tcPr>
            <w:tcW w:type="dxa" w:w="4680"/>
          </w:tcPr>
          <w:p>
            <w:r>
              <w:t>Date: __________________________________</w:t>
            </w:r>
          </w:p>
        </w:tc>
        <w:tc>
          <w:tcPr>
            <w:tcW w:type="dxa" w:w="4680"/>
          </w:tcPr>
          <w:p>
            <w:r>
              <w:t>Date: __________________________________</w:t>
            </w:r>
          </w:p>
        </w:tc>
      </w:tr>
    </w:tbl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