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CERTIFICATE OF</w:t>
        <w:br/>
        <w:t>SUBSTANTIAL COMPLETION</w:t>
      </w:r>
    </w:p>
    <w:p/>
    <w:tbl>
      <w:tblPr>
        <w:tblStyle w:val="LightList-Accent1"/>
        <w:tblW w:type="auto" w:w="0"/>
        <w:tblLook w:firstColumn="1" w:firstRow="1" w:lastColumn="0" w:lastRow="0" w:noHBand="0" w:noVBand="1" w:val="04A0"/>
      </w:tblPr>
      <w:tblGrid>
        <w:gridCol w:w="4680"/>
        <w:gridCol w:w="4680"/>
      </w:tblGrid>
      <w:tr>
        <w:tc>
          <w:tcPr>
            <w:tcW w:type="dxa" w:w="4680"/>
          </w:tcPr>
          <w:p>
            <w:r>
              <w:t>Project:</w:t>
            </w:r>
          </w:p>
        </w:tc>
        <w:tc>
          <w:tcPr>
            <w:tcW w:type="dxa" w:w="4680"/>
          </w:tcPr>
          <w:p>
            <w:r>
              <w:t>&lt;&lt;projects.ProjectName&gt;&gt;  |  #&lt;&lt;projects.ProjectNumber&gt;&gt;</w:t>
            </w:r>
          </w:p>
        </w:tc>
      </w:tr>
      <w:tr>
        <w:tc>
          <w:tcPr>
            <w:tcW w:type="dxa" w:w="4680"/>
          </w:tcPr>
          <w:p>
            <w:r>
              <w:t>Address:</w:t>
            </w:r>
          </w:p>
        </w:tc>
        <w:tc>
          <w:tcPr>
            <w:tcW w:type="dxa" w:w="4680"/>
          </w:tcPr>
          <w:p>
            <w:r>
              <w:t>&lt;&lt;projects.ProjectAddress&gt;&gt;, &lt;&lt;projects.ProjectCity&gt;&gt;, &lt;&lt;projects.ProjectState&gt;&gt;  &lt;&lt;projects.ProjectZip&gt;&gt;</w:t>
            </w:r>
          </w:p>
        </w:tc>
      </w:tr>
      <w:tr>
        <w:tc>
          <w:tcPr>
            <w:tcW w:type="dxa" w:w="4680"/>
          </w:tcPr>
          <w:p>
            <w:r>
              <w:t>Owner:</w:t>
            </w:r>
          </w:p>
        </w:tc>
        <w:tc>
          <w:tcPr>
            <w:tcW w:type="dxa" w:w="4680"/>
          </w:tcPr>
          <w:p>
            <w:r>
              <w:t>&lt;&lt;owner.FirstName&gt;&gt; &lt;&lt;owner.LastName&gt;&gt; — &lt;&lt;owner.CompanyName&gt;&gt;</w:t>
            </w:r>
          </w:p>
        </w:tc>
      </w:tr>
      <w:tr>
        <w:tc>
          <w:tcPr>
            <w:tcW w:type="dxa" w:w="4680"/>
          </w:tcPr>
          <w:p>
            <w:r>
              <w:t>Architect:</w:t>
            </w:r>
          </w:p>
        </w:tc>
        <w:tc>
          <w:tcPr>
            <w:tcW w:type="dxa" w:w="4680"/>
          </w:tcPr>
          <w:p>
            <w:r>
              <w:t>&lt;&lt;architect.FirstName&gt;&gt; &lt;&lt;architect.LastName&gt;&gt; — &lt;&lt;architect.CompanyName&gt;&gt;</w:t>
            </w:r>
          </w:p>
        </w:tc>
      </w:tr>
      <w:tr>
        <w:tc>
          <w:tcPr>
            <w:tcW w:type="dxa" w:w="4680"/>
          </w:tcPr>
          <w:p>
            <w:r>
              <w:t>Contract Amount:</w:t>
            </w:r>
          </w:p>
        </w:tc>
        <w:tc>
          <w:tcPr>
            <w:tcW w:type="dxa" w:w="4680"/>
          </w:tcPr>
          <w:p>
            <w:r>
              <w:t>$&lt;&lt;projects.ContractAmount&gt;&gt;</w:t>
            </w:r>
          </w:p>
        </w:tc>
      </w:tr>
    </w:tbl>
    <w:p/>
    <w:p>
      <w:pPr>
        <w:pStyle w:val="Heading1"/>
      </w:pPr>
      <w:r>
        <w:rPr>
          <w:color w:val="004682"/>
        </w:rPr>
        <w:t>Certificate</w:t>
      </w:r>
    </w:p>
    <w:p>
      <w:r>
        <w:t>The Architect certifies that, to the best of the Architect's knowledge, information, and belief, the Work covered by the Contract Documents has been substantially completed in accordance with the Contract Documents, that all the conditions of the Contract Documents have been fulfilled, and that the Contractor is entitled to payment of the balance due, as follows:</w:t>
      </w:r>
    </w:p>
    <w:p/>
    <w:p>
      <w:pPr>
        <w:pStyle w:val="Heading1"/>
      </w:pPr>
      <w:r>
        <w:rPr>
          <w:color w:val="004682"/>
        </w:rPr>
        <w:t>Substantial Completion Date</w:t>
      </w:r>
    </w:p>
    <w:tbl>
      <w:tblPr>
        <w:tblStyle w:val="LightShading-Accent1"/>
        <w:tblW w:type="auto" w:w="0"/>
        <w:tblLook w:firstColumn="1" w:firstRow="1" w:lastColumn="0" w:lastRow="0" w:noHBand="0" w:noVBand="1" w:val="04A0"/>
      </w:tblPr>
      <w:tblGrid>
        <w:gridCol w:w="4680"/>
        <w:gridCol w:w="4680"/>
      </w:tblGrid>
      <w:tr>
        <w:tc>
          <w:tcPr>
            <w:tcW w:type="dxa" w:w="4680"/>
          </w:tcPr>
          <w:p>
            <w:r>
              <w:rPr>
                <w:b/>
              </w:rPr>
              <w:t>Date of Substantial Completion:</w:t>
            </w:r>
          </w:p>
        </w:tc>
        <w:tc>
          <w:tcPr>
            <w:tcW w:type="dxa" w:w="4680"/>
          </w:tcPr>
          <w:p>
            <w:r>
              <w:rPr>
                <w:b/>
              </w:rPr>
              <w:t>&lt;&lt;SubstantialCompletionDate&gt;&gt;</w:t>
            </w:r>
          </w:p>
        </w:tc>
      </w:tr>
      <w:tr>
        <w:tc>
          <w:tcPr>
            <w:tcW w:type="dxa" w:w="4680"/>
          </w:tcPr>
          <w:p>
            <w:r>
              <w:t>Warranty Period Commences:</w:t>
            </w:r>
          </w:p>
        </w:tc>
        <w:tc>
          <w:tcPr>
            <w:tcW w:type="dxa" w:w="4680"/>
          </w:tcPr>
          <w:p>
            <w:r>
              <w:t>&lt;&lt;SubstantialCompletionDate&gt;&gt;</w:t>
            </w:r>
          </w:p>
        </w:tc>
      </w:tr>
      <w:tr>
        <w:tc>
          <w:tcPr>
            <w:tcW w:type="dxa" w:w="4680"/>
          </w:tcPr>
          <w:p>
            <w:r>
              <w:t>Final Completion Required By:</w:t>
            </w:r>
          </w:p>
        </w:tc>
        <w:tc>
          <w:tcPr>
            <w:tcW w:type="dxa" w:w="4680"/>
          </w:tcPr>
          <w:p>
            <w:r>
              <w:t>&lt;&lt;FinalCompletionDate&gt;&gt;</w:t>
            </w:r>
          </w:p>
        </w:tc>
      </w:tr>
    </w:tbl>
    <w:p/>
    <w:p>
      <w:pPr>
        <w:pStyle w:val="Heading1"/>
      </w:pPr>
      <w:r>
        <w:rPr>
          <w:color w:val="004682"/>
        </w:rPr>
        <w:t>Retainage Release</w:t>
      </w:r>
    </w:p>
    <w:tbl>
      <w:tblPr>
        <w:tblStyle w:val="LightList-Accent1"/>
        <w:tblW w:type="auto" w:w="0"/>
        <w:tblLook w:firstColumn="1" w:firstRow="1" w:lastColumn="0" w:lastRow="0" w:noHBand="0" w:noVBand="1" w:val="04A0"/>
      </w:tblPr>
      <w:tblGrid>
        <w:gridCol w:w="4680"/>
        <w:gridCol w:w="4680"/>
      </w:tblGrid>
      <w:tr>
        <w:tc>
          <w:tcPr>
            <w:tcW w:type="dxa" w:w="4680"/>
          </w:tcPr>
          <w:p>
            <w:r>
              <w:t>Contract Sum:</w:t>
            </w:r>
          </w:p>
        </w:tc>
        <w:tc>
          <w:tcPr>
            <w:tcW w:type="dxa" w:w="4680"/>
          </w:tcPr>
          <w:p>
            <w:r>
              <w:t>$&lt;&lt;projects.ContractAmount&gt;&gt;</w:t>
            </w:r>
          </w:p>
        </w:tc>
      </w:tr>
      <w:tr>
        <w:tc>
          <w:tcPr>
            <w:tcW w:type="dxa" w:w="4680"/>
          </w:tcPr>
          <w:p>
            <w:r>
              <w:t>Retainage Released:</w:t>
            </w:r>
          </w:p>
        </w:tc>
        <w:tc>
          <w:tcPr>
            <w:tcW w:type="dxa" w:w="4680"/>
          </w:tcPr>
          <w:p>
            <w:r>
              <w:t>$&lt;&lt;RetainageReleased&gt;&gt;</w:t>
            </w:r>
          </w:p>
        </w:tc>
      </w:tr>
      <w:tr>
        <w:tc>
          <w:tcPr>
            <w:tcW w:type="dxa" w:w="4680"/>
          </w:tcPr>
          <w:p>
            <w:r>
              <w:t>Retained for Punch List:</w:t>
            </w:r>
          </w:p>
        </w:tc>
        <w:tc>
          <w:tcPr>
            <w:tcW w:type="dxa" w:w="4680"/>
          </w:tcPr>
          <w:p>
            <w:r>
              <w:t>$&lt;&lt;PunchListRetainage&gt;&gt;</w:t>
            </w:r>
          </w:p>
        </w:tc>
      </w:tr>
    </w:tbl>
    <w:p/>
    <w:p>
      <w:pPr>
        <w:pStyle w:val="Heading1"/>
      </w:pPr>
      <w:r>
        <w:rPr>
          <w:color w:val="004682"/>
        </w:rPr>
        <w:t>Punch List</w:t>
      </w:r>
    </w:p>
    <w:p>
      <w:r>
        <w:t>A Punch List of remaining items has been prepared and is attached hereto. The Contractor shall complete all Punch List items by &lt;&lt;PunchListDeadline&gt;&gt;.</w:t>
      </w:r>
    </w:p>
    <w:p/>
    <w:p>
      <w:pPr>
        <w:pStyle w:val="Heading1"/>
      </w:pPr>
      <w:r>
        <w:rPr>
          <w:color w:val="004682"/>
        </w:rPr>
        <w:t>Warranties</w:t>
      </w:r>
    </w:p>
    <w:p>
      <w:r>
        <w:t>The one-year workmanship warranty commences on &lt;&lt;SubstantialCompletionDate&gt;&gt; pursuant to the Contract Documents. Extended warranties for specific systems are as listed in the Warranty Letter attached hereto.</w:t>
      </w:r>
    </w:p>
    <w:p/>
    <w:tbl>
      <w:tblPr>
        <w:tblStyle w:val="TableGrid"/>
        <w:tblW w:type="auto" w:w="0"/>
        <w:tblLook w:firstColumn="1" w:firstRow="1" w:lastColumn="0" w:lastRow="0" w:noHBand="0" w:noVBand="1" w:val="04A0"/>
      </w:tblPr>
      <w:tblGrid>
        <w:gridCol w:w="3120"/>
        <w:gridCol w:w="3120"/>
        <w:gridCol w:w="3120"/>
      </w:tblGrid>
      <w:tr>
        <w:tc>
          <w:tcPr>
            <w:tcW w:type="dxa" w:w="3120"/>
          </w:tcPr>
          <w:p>
            <w:r>
              <w:t>Owner</w:t>
            </w:r>
          </w:p>
        </w:tc>
        <w:tc>
          <w:tcPr>
            <w:tcW w:type="dxa" w:w="3120"/>
          </w:tcPr>
          <w:p>
            <w:r>
              <w:t>Architect</w:t>
            </w:r>
          </w:p>
        </w:tc>
        <w:tc>
          <w:tcPr>
            <w:tcW w:type="dxa" w:w="3120"/>
          </w:tcPr>
          <w:p>
            <w:r>
              <w:t>Contractor</w:t>
            </w:r>
          </w:p>
        </w:tc>
      </w:tr>
      <w:tr>
        <w:tc>
          <w:tcPr>
            <w:tcW w:type="dxa" w:w="3120"/>
          </w:tcPr>
          <w:p>
            <w:r>
              <w:t>&lt;&lt;owner.FirstName&gt;&gt; &lt;&lt;owner.LastName&gt;&gt;</w:t>
            </w:r>
          </w:p>
        </w:tc>
        <w:tc>
          <w:tcPr>
            <w:tcW w:type="dxa" w:w="3120"/>
          </w:tcPr>
          <w:p>
            <w:r>
              <w:t>&lt;&lt;architect.FirstName&gt;&gt; &lt;&lt;architect.LastName&gt;&gt;</w:t>
            </w:r>
          </w:p>
        </w:tc>
        <w:tc>
          <w:tcPr>
            <w:tcW w:type="dxa" w:w="3120"/>
          </w:tcPr>
          <w:p>
            <w:r>
              <w:t>&lt;&lt;pm.FirstName&gt;&gt; &lt;&lt;pm.LastName&gt;&gt;</w:t>
            </w:r>
          </w:p>
        </w:tc>
      </w:tr>
      <w:tr>
        <w:tc>
          <w:tcPr>
            <w:tcW w:type="dxa" w:w="3120"/>
          </w:tcPr>
          <w:p>
            <w:r>
              <w:t>Signature: _______________</w:t>
            </w:r>
          </w:p>
        </w:tc>
        <w:tc>
          <w:tcPr>
            <w:tcW w:type="dxa" w:w="3120"/>
          </w:tcPr>
          <w:p>
            <w:r>
              <w:t>Signature: _______________</w:t>
            </w:r>
          </w:p>
        </w:tc>
        <w:tc>
          <w:tcPr>
            <w:tcW w:type="dxa" w:w="3120"/>
          </w:tcPr>
          <w:p>
            <w:r>
              <w:t>Signature: _______________</w:t>
            </w:r>
          </w:p>
        </w:tc>
      </w:tr>
      <w:tr>
        <w:tc>
          <w:tcPr>
            <w:tcW w:type="dxa" w:w="3120"/>
          </w:tcPr>
          <w:p>
            <w:r>
              <w:t>Date: ___________________</w:t>
            </w:r>
          </w:p>
        </w:tc>
        <w:tc>
          <w:tcPr>
            <w:tcW w:type="dxa" w:w="3120"/>
          </w:tcPr>
          <w:p>
            <w:r>
              <w:t>Date: ___________________</w:t>
            </w:r>
          </w:p>
        </w:tc>
        <w:tc>
          <w:tcPr>
            <w:tcW w:type="dxa" w:w="3120"/>
          </w:tcPr>
          <w:p>
            <w:r>
              <w:t>Date: ___________________</w:t>
            </w:r>
          </w:p>
        </w:tc>
      </w:tr>
    </w:tbl>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