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INCIDENT REPORT</w:t>
      </w:r>
    </w:p>
    <w:p>
      <w:pPr>
        <w:jc w:val="center"/>
      </w:pPr>
      <w:r>
        <w:rPr>
          <w:i/>
          <w:color w:val="B40000"/>
        </w:rPr>
        <w:t>OSHA Recordable / Near-Miss Documentation</w:t>
      </w:r>
    </w:p>
    <w:p/>
    <w:p>
      <w:pPr>
        <w:pStyle w:val="Heading1"/>
      </w:pPr>
      <w:r>
        <w:rPr>
          <w:color w:val="004682"/>
        </w:rPr>
        <w:t>Incident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Incident Date:</w:t>
            </w:r>
          </w:p>
        </w:tc>
        <w:tc>
          <w:tcPr>
            <w:tcW w:type="dxa" w:w="4680"/>
          </w:tcPr>
          <w:p>
            <w:r>
              <w:t>&lt;&lt;daily_reports.ReportDate&gt;&gt;</w:t>
            </w:r>
          </w:p>
        </w:tc>
      </w:tr>
      <w:tr>
        <w:tc>
          <w:tcPr>
            <w:tcW w:type="dxa" w:w="4680"/>
          </w:tcPr>
          <w:p>
            <w:r>
              <w:t>Time:</w:t>
            </w:r>
          </w:p>
        </w:tc>
        <w:tc>
          <w:tcPr>
            <w:tcW w:type="dxa" w:w="4680"/>
          </w:tcPr>
          <w:p>
            <w:r>
              <w:t>&lt;&lt;IncidentTime&gt;&gt;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Location on Site:</w:t>
            </w:r>
          </w:p>
        </w:tc>
        <w:tc>
          <w:tcPr>
            <w:tcW w:type="dxa" w:w="4680"/>
          </w:tcPr>
          <w:p>
            <w:r>
              <w:t>&lt;&lt;IncidentLocation&gt;&gt;</w:t>
            </w:r>
          </w:p>
        </w:tc>
      </w:tr>
      <w:tr>
        <w:tc>
          <w:tcPr>
            <w:tcW w:type="dxa" w:w="4680"/>
          </w:tcPr>
          <w:p>
            <w:r>
              <w:t>Incident Type:</w:t>
            </w:r>
          </w:p>
        </w:tc>
        <w:tc>
          <w:tcPr>
            <w:tcW w:type="dxa" w:w="4680"/>
          </w:tcPr>
          <w:p>
            <w:r>
              <w:t>&lt;&lt;IncidentType&gt;&gt;</w:t>
            </w:r>
          </w:p>
        </w:tc>
      </w:tr>
      <w:tr>
        <w:tc>
          <w:tcPr>
            <w:tcW w:type="dxa" w:w="4680"/>
          </w:tcPr>
          <w:p>
            <w:r>
              <w:t>Reported By:</w:t>
            </w:r>
          </w:p>
        </w:tc>
        <w:tc>
          <w:tcPr>
            <w:tcW w:type="dxa" w:w="4680"/>
          </w:tcPr>
          <w:p>
            <w:r>
              <w:t>&lt;&lt;reporter.FirstName&gt;&gt; &lt;&lt;reporter.LastName&gt;&gt;</w:t>
            </w:r>
          </w:p>
        </w:tc>
      </w:tr>
    </w:tbl>
    <w:p/>
    <w:p>
      <w:pPr>
        <w:pStyle w:val="Heading1"/>
      </w:pPr>
      <w:r>
        <w:rPr>
          <w:color w:val="004682"/>
        </w:rPr>
        <w:t>Injured / Involved Party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Name:</w:t>
            </w:r>
          </w:p>
        </w:tc>
        <w:tc>
          <w:tcPr>
            <w:tcW w:type="dxa" w:w="4680"/>
          </w:tcPr>
          <w:p>
            <w:r>
              <w:t>&lt;&lt;InjuredName&gt;&gt;</w:t>
            </w:r>
          </w:p>
        </w:tc>
      </w:tr>
      <w:tr>
        <w:tc>
          <w:tcPr>
            <w:tcW w:type="dxa" w:w="4680"/>
          </w:tcPr>
          <w:p>
            <w:r>
              <w:t>Company:</w:t>
            </w:r>
          </w:p>
        </w:tc>
        <w:tc>
          <w:tcPr>
            <w:tcW w:type="dxa" w:w="4680"/>
          </w:tcPr>
          <w:p>
            <w:r>
              <w:t>&lt;&lt;InjuredCompany&gt;&gt;</w:t>
            </w:r>
          </w:p>
        </w:tc>
      </w:tr>
      <w:tr>
        <w:tc>
          <w:tcPr>
            <w:tcW w:type="dxa" w:w="4680"/>
          </w:tcPr>
          <w:p>
            <w:r>
              <w:t>Job Title:</w:t>
            </w:r>
          </w:p>
        </w:tc>
        <w:tc>
          <w:tcPr>
            <w:tcW w:type="dxa" w:w="4680"/>
          </w:tcPr>
          <w:p>
            <w:r>
              <w:t>&lt;&lt;InjuredTitle&gt;&gt;</w:t>
            </w:r>
          </w:p>
        </w:tc>
      </w:tr>
      <w:tr>
        <w:tc>
          <w:tcPr>
            <w:tcW w:type="dxa" w:w="4680"/>
          </w:tcPr>
          <w:p>
            <w:r>
              <w:t>Body Part(s):</w:t>
            </w:r>
          </w:p>
        </w:tc>
        <w:tc>
          <w:tcPr>
            <w:tcW w:type="dxa" w:w="4680"/>
          </w:tcPr>
          <w:p>
            <w:r>
              <w:t>&lt;&lt;BodyPartAffected&gt;&gt;</w:t>
            </w:r>
          </w:p>
        </w:tc>
      </w:tr>
      <w:tr>
        <w:tc>
          <w:tcPr>
            <w:tcW w:type="dxa" w:w="4680"/>
          </w:tcPr>
          <w:p>
            <w:r>
              <w:t>Medical Treatment:</w:t>
            </w:r>
          </w:p>
        </w:tc>
        <w:tc>
          <w:tcPr>
            <w:tcW w:type="dxa" w:w="4680"/>
          </w:tcPr>
          <w:p>
            <w:r>
              <w:t>&lt;&lt;MedicalTreatment&gt;&gt;</w:t>
            </w:r>
          </w:p>
        </w:tc>
      </w:tr>
    </w:tbl>
    <w:p/>
    <w:p>
      <w:pPr>
        <w:pStyle w:val="Heading1"/>
      </w:pPr>
      <w:r>
        <w:rPr>
          <w:color w:val="004682"/>
        </w:rPr>
        <w:t>Description of Incident</w:t>
      </w:r>
    </w:p>
    <w:p>
      <w:r>
        <w:t>&lt;&lt;daily_reports.Notes&gt;&gt;</w:t>
      </w:r>
    </w:p>
    <w:p/>
    <w:p>
      <w:pPr>
        <w:pStyle w:val="Heading1"/>
      </w:pPr>
      <w:r>
        <w:rPr>
          <w:color w:val="004682"/>
        </w:rPr>
        <w:t>Root Cause Analysis</w:t>
      </w:r>
    </w:p>
    <w:p>
      <w:r>
        <w:t>Unsafe Act:  ________________________________________________________________</w:t>
      </w:r>
    </w:p>
    <w:p>
      <w:r>
        <w:t>Unsafe Condition:  ________________________________________________________________</w:t>
      </w:r>
    </w:p>
    <w:p>
      <w:r>
        <w:t>Equipment Failure:  ________________________________________________________________</w:t>
      </w:r>
    </w:p>
    <w:p>
      <w:r>
        <w:t>Environmental Factor:  ________________________________________________________________</w:t>
      </w:r>
    </w:p>
    <w:p/>
    <w:p>
      <w:pPr>
        <w:pStyle w:val="Heading1"/>
      </w:pPr>
      <w:r>
        <w:rPr>
          <w:color w:val="004682"/>
        </w:rPr>
        <w:t>Corrective Actions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Corrective Action</w:t>
            </w:r>
          </w:p>
        </w:tc>
        <w:tc>
          <w:tcPr>
            <w:tcW w:type="dxa" w:w="3120"/>
          </w:tcPr>
          <w:p>
            <w:r>
              <w:t>Responsible</w:t>
            </w:r>
          </w:p>
        </w:tc>
        <w:tc>
          <w:tcPr>
            <w:tcW w:type="dxa" w:w="3120"/>
          </w:tcPr>
          <w:p>
            <w:r>
              <w:t>Due Date</w:t>
            </w:r>
          </w:p>
        </w:tc>
      </w:tr>
      <w:tr>
        <w:tc>
          <w:tcPr>
            <w:tcW w:type="dxa" w:w="3120"/>
          </w:tcPr>
          <w:p>
            <w:r>
              <w:t>________________________________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</w:tbl>
    <w:p/>
    <w:p>
      <w:r>
        <w:t>OSHA Recordable: ☐ Yes   ☐ No        Days Away from Work: _________</w:t>
      </w:r>
    </w:p>
    <w:p/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Superintendent: &lt;&lt;super.FirstName&gt;&gt; &lt;&lt;super.LastName&gt;&gt;</w:t>
            </w:r>
          </w:p>
        </w:tc>
        <w:tc>
          <w:tcPr>
            <w:tcW w:type="dxa" w:w="4680"/>
          </w:tcPr>
          <w:p>
            <w:r>
              <w:t>Project Manager: &lt;&lt;pm.FirstName&gt;&gt; &lt;&lt;pm.LastName&gt;&gt;</w:t>
            </w:r>
          </w:p>
        </w:tc>
      </w:tr>
      <w:tr>
        <w:tc>
          <w:tcPr>
            <w:tcW w:type="dxa" w:w="4680"/>
          </w:tcPr>
          <w:p>
            <w:r>
              <w:t>Signature: ______________________________</w:t>
            </w:r>
          </w:p>
        </w:tc>
        <w:tc>
          <w:tcPr>
            <w:tcW w:type="dxa" w:w="4680"/>
          </w:tcPr>
          <w:p>
            <w:r>
              <w:t>Signature: ______________________________</w:t>
            </w:r>
          </w:p>
        </w:tc>
      </w:tr>
      <w:tr>
        <w:tc>
          <w:tcPr>
            <w:tcW w:type="dxa" w:w="4680"/>
          </w:tcPr>
          <w:p>
            <w:r>
              <w:t>Print Name: _____________________________</w:t>
            </w:r>
          </w:p>
        </w:tc>
        <w:tc>
          <w:tcPr>
            <w:tcW w:type="dxa" w:w="4680"/>
          </w:tcPr>
          <w:p>
            <w:r>
              <w:t>Print Name: _____________________________</w:t>
            </w:r>
          </w:p>
        </w:tc>
      </w:tr>
      <w:tr>
        <w:tc>
          <w:tcPr>
            <w:tcW w:type="dxa" w:w="4680"/>
          </w:tcPr>
          <w:p>
            <w:r>
              <w:t>Date: __________________________________</w:t>
            </w:r>
          </w:p>
        </w:tc>
        <w:tc>
          <w:tcPr>
            <w:tcW w:type="dxa" w:w="4680"/>
          </w:tcPr>
          <w:p>
            <w:r>
              <w:t>Date: __________________________________</w:t>
            </w:r>
          </w:p>
        </w:tc>
      </w:tr>
    </w:tbl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