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4682"/>
          <w:sz w:val="28"/>
        </w:rPr>
        <w:t>&lt;&lt;companies.CompanyName&gt;&gt;</w:t>
      </w:r>
    </w:p>
    <w:p>
      <w:pPr>
        <w:jc w:val="center"/>
      </w:pPr>
      <w:r>
        <w:rPr>
          <w:color w:val="787878"/>
          <w:sz w:val="18"/>
        </w:rPr>
        <w:t>&lt;&lt;companies.Address&gt;&gt;  |  &lt;&lt;companies.City&gt;&gt;, &lt;&lt;companies.State&gt;&gt;  &lt;&lt;companies.Zip&gt;&gt;  |  &lt;&lt;companies.Phone&gt;&gt;  |  &lt;&lt;companies.Email&gt;&gt;</w:t>
      </w:r>
    </w:p>
    <w:p>
      <w:pPr>
        <w:jc w:val="center"/>
      </w:pPr>
      <w:r>
        <w:rPr>
          <w:color w:val="787878"/>
          <w:sz w:val="18"/>
        </w:rPr>
        <w:t>License: &lt;&lt;companies.LicenseNumber&gt;&gt; (&lt;&lt;companies.LicenseState&gt;&gt;)  |  Bonding: &lt;&lt;companies.BondingCompany&gt;&gt;  |  Bond Limit: $&lt;&lt;companies.BondLimit&gt;&gt;</w:t>
      </w:r>
    </w:p>
    <w:p/>
    <w:p>
      <w:pPr>
        <w:pStyle w:val="Title"/>
        <w:jc w:val="center"/>
      </w:pPr>
      <w:r>
        <w:t>TOOLBOX TALK / SAFETY MEETING RECORD</w:t>
      </w:r>
    </w:p>
    <w:p/>
    <w:p>
      <w:pPr>
        <w:pStyle w:val="Heading1"/>
      </w:pPr>
      <w:r>
        <w:rPr>
          <w:color w:val="004682"/>
        </w:rPr>
        <w:t>Meeting Information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Project:</w:t>
            </w:r>
          </w:p>
        </w:tc>
        <w:tc>
          <w:tcPr>
            <w:tcW w:type="dxa" w:w="4680"/>
          </w:tcPr>
          <w:p>
            <w:r>
              <w:t>&lt;&lt;projects.ProjectName&gt;&gt; (#&lt;&lt;projects.ProjectNumber&gt;&gt;)</w:t>
            </w:r>
          </w:p>
        </w:tc>
      </w:tr>
      <w:tr>
        <w:tc>
          <w:tcPr>
            <w:tcW w:type="dxa" w:w="4680"/>
          </w:tcPr>
          <w:p>
            <w:r>
              <w:t>Date:</w:t>
            </w:r>
          </w:p>
        </w:tc>
        <w:tc>
          <w:tcPr>
            <w:tcW w:type="dxa" w:w="4680"/>
          </w:tcPr>
          <w:p>
            <w:r>
              <w:t>&lt;&lt;daily_reports.ReportDate&gt;&gt;</w:t>
            </w:r>
          </w:p>
        </w:tc>
      </w:tr>
      <w:tr>
        <w:tc>
          <w:tcPr>
            <w:tcW w:type="dxa" w:w="4680"/>
          </w:tcPr>
          <w:p>
            <w:r>
              <w:t>Topic:</w:t>
            </w:r>
          </w:p>
        </w:tc>
        <w:tc>
          <w:tcPr>
            <w:tcW w:type="dxa" w:w="4680"/>
          </w:tcPr>
          <w:p>
            <w:r>
              <w:t>&lt;&lt;SafetyTopic&gt;&gt;</w:t>
            </w:r>
          </w:p>
        </w:tc>
      </w:tr>
      <w:tr>
        <w:tc>
          <w:tcPr>
            <w:tcW w:type="dxa" w:w="4680"/>
          </w:tcPr>
          <w:p>
            <w:r>
              <w:t>Presenter:</w:t>
            </w:r>
          </w:p>
        </w:tc>
        <w:tc>
          <w:tcPr>
            <w:tcW w:type="dxa" w:w="4680"/>
          </w:tcPr>
          <w:p>
            <w:r>
              <w:t>&lt;&lt;super.FirstName&gt;&gt; &lt;&lt;super.LastName&gt;&gt;</w:t>
            </w:r>
          </w:p>
        </w:tc>
      </w:tr>
      <w:tr>
        <w:tc>
          <w:tcPr>
            <w:tcW w:type="dxa" w:w="4680"/>
          </w:tcPr>
          <w:p>
            <w:r>
              <w:t>Duration:</w:t>
            </w:r>
          </w:p>
        </w:tc>
        <w:tc>
          <w:tcPr>
            <w:tcW w:type="dxa" w:w="4680"/>
          </w:tcPr>
          <w:p>
            <w:r>
              <w:t>&lt;&lt;Duration&gt;&gt; minutes</w:t>
            </w:r>
          </w:p>
        </w:tc>
      </w:tr>
    </w:tbl>
    <w:p/>
    <w:p>
      <w:pPr>
        <w:pStyle w:val="Heading1"/>
      </w:pPr>
      <w:r>
        <w:rPr>
          <w:color w:val="004682"/>
        </w:rPr>
        <w:t>Safety Topic Discussion</w:t>
      </w:r>
    </w:p>
    <w:p>
      <w:r>
        <w:t>&lt;&lt;SafetyTopicNotes&gt;&gt;</w:t>
      </w:r>
    </w:p>
    <w:p/>
    <w:p>
      <w:pPr>
        <w:pStyle w:val="Heading1"/>
      </w:pPr>
      <w:r>
        <w:rPr>
          <w:color w:val="004682"/>
        </w:rPr>
        <w:t>Key Points Covered</w:t>
      </w:r>
    </w:p>
    <w:p>
      <w:r>
        <w:t>1. ___________________________________________________________________</w:t>
      </w:r>
    </w:p>
    <w:p>
      <w:r>
        <w:t>2. ___________________________________________________________________</w:t>
      </w:r>
    </w:p>
    <w:p>
      <w:r>
        <w:t>3. ___________________________________________________________________</w:t>
      </w:r>
    </w:p>
    <w:p>
      <w:r>
        <w:t>4. ___________________________________________________________________</w:t>
      </w:r>
    </w:p>
    <w:p/>
    <w:p>
      <w:pPr>
        <w:pStyle w:val="Heading1"/>
      </w:pPr>
      <w:r>
        <w:rPr>
          <w:color w:val="004682"/>
        </w:rPr>
        <w:t>Corrective Actions Required</w:t>
      </w:r>
    </w:p>
    <w:p>
      <w:r>
        <w:t>[If applicable, describe any hazards identified and corrective actions required:]</w:t>
      </w:r>
    </w:p>
    <w:p/>
    <w:p>
      <w:r>
        <w:t>Hazard: _______________________   Action: _______________________   By When: ___________</w:t>
      </w:r>
    </w:p>
    <w:p/>
    <w:p>
      <w:pPr>
        <w:pStyle w:val="Heading1"/>
      </w:pPr>
      <w:r>
        <w:rPr>
          <w:color w:val="004682"/>
        </w:rPr>
        <w:t>Attendee Sign-In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t>Name (Print)</w:t>
            </w:r>
          </w:p>
        </w:tc>
        <w:tc>
          <w:tcPr>
            <w:tcW w:type="dxa" w:w="3120"/>
          </w:tcPr>
          <w:p>
            <w:r>
              <w:t>Company</w:t>
            </w:r>
          </w:p>
        </w:tc>
        <w:tc>
          <w:tcPr>
            <w:tcW w:type="dxa" w:w="3120"/>
          </w:tcPr>
          <w:p>
            <w:r>
              <w:t>Signature</w:t>
            </w:r>
          </w:p>
        </w:tc>
      </w:tr>
      <w:tr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______________________</w:t>
            </w:r>
          </w:p>
        </w:tc>
      </w:tr>
      <w:tr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______________________</w:t>
            </w:r>
          </w:p>
        </w:tc>
      </w:tr>
      <w:tr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______________________</w:t>
            </w:r>
          </w:p>
        </w:tc>
      </w:tr>
      <w:tr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______________________</w:t>
            </w:r>
          </w:p>
        </w:tc>
      </w:tr>
      <w:tr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______________________</w:t>
            </w:r>
          </w:p>
        </w:tc>
      </w:tr>
      <w:tr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______________________</w:t>
            </w:r>
          </w:p>
        </w:tc>
      </w:tr>
      <w:tr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______________________</w:t>
            </w:r>
          </w:p>
        </w:tc>
      </w:tr>
      <w:tr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______________________</w:t>
            </w:r>
          </w:p>
        </w:tc>
      </w:tr>
      <w:tr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______________________</w:t>
            </w:r>
          </w:p>
        </w:tc>
      </w:tr>
      <w:tr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______________________</w:t>
            </w:r>
          </w:p>
        </w:tc>
      </w:tr>
      <w:tr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______________________</w:t>
            </w:r>
          </w:p>
        </w:tc>
      </w:tr>
      <w:tr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______________________</w:t>
            </w:r>
          </w:p>
        </w:tc>
      </w:tr>
      <w:tr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______________________</w:t>
            </w:r>
          </w:p>
        </w:tc>
      </w:tr>
      <w:tr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______________________</w:t>
            </w:r>
          </w:p>
        </w:tc>
      </w:tr>
      <w:tr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</w:t>
            </w:r>
          </w:p>
        </w:tc>
        <w:tc>
          <w:tcPr>
            <w:tcW w:type="dxa" w:w="3120"/>
          </w:tcPr>
          <w:p>
            <w:r>
              <w:t>______________________</w:t>
            </w:r>
          </w:p>
        </w:tc>
      </w:tr>
    </w:tbl>
    <w:p/>
    <w:p/>
    <w:p>
      <w:r>
        <w:t>Presenter: &lt;&lt;super.FirstName&gt;&gt; &lt;&lt;super.LastName&gt;&gt;</w:t>
      </w:r>
    </w:p>
    <w:p>
      <w:r>
        <w:t>Signature: _________________________________________________   Date: ___________________</w:t>
      </w:r>
    </w:p>
    <w:p>
      <w:r>
        <w:t>Print Name: ________________________________________________   Title: ___________________</w:t>
      </w:r>
    </w:p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