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MEETING MINUTES</w:t>
      </w:r>
    </w:p>
    <w:p/>
    <w:p>
      <w:pPr>
        <w:pStyle w:val="Heading1"/>
      </w:pPr>
      <w:r>
        <w:rPr>
          <w:color w:val="004682"/>
        </w:rPr>
        <w:t>Meeting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Meeting Type:</w:t>
            </w:r>
          </w:p>
        </w:tc>
        <w:tc>
          <w:tcPr>
            <w:tcW w:type="dxa" w:w="4680"/>
          </w:tcPr>
          <w:p>
            <w:r>
              <w:t>&lt;&lt;MeetingType&gt;&gt;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&lt;&lt;MeetingDate&gt;&gt;</w:t>
            </w:r>
          </w:p>
        </w:tc>
      </w:tr>
      <w:tr>
        <w:tc>
          <w:tcPr>
            <w:tcW w:type="dxa" w:w="4680"/>
          </w:tcPr>
          <w:p>
            <w:r>
              <w:t>Location:</w:t>
            </w:r>
          </w:p>
        </w:tc>
        <w:tc>
          <w:tcPr>
            <w:tcW w:type="dxa" w:w="4680"/>
          </w:tcPr>
          <w:p>
            <w:r>
              <w:t>&lt;&lt;MeetingLocation&gt;&gt;</w:t>
            </w:r>
          </w:p>
        </w:tc>
      </w:tr>
      <w:tr>
        <w:tc>
          <w:tcPr>
            <w:tcW w:type="dxa" w:w="4680"/>
          </w:tcPr>
          <w:p>
            <w:r>
              <w:t>Facilitator:</w:t>
            </w:r>
          </w:p>
        </w:tc>
        <w:tc>
          <w:tcPr>
            <w:tcW w:type="dxa" w:w="4680"/>
          </w:tcPr>
          <w:p>
            <w:r>
              <w:t>&lt;&lt;pm.FirstName&gt;&gt; &lt;&lt;pm.LastName&gt;&gt;</w:t>
            </w:r>
          </w:p>
        </w:tc>
      </w:tr>
    </w:tbl>
    <w:p/>
    <w:p>
      <w:pPr>
        <w:pStyle w:val="Heading1"/>
      </w:pPr>
      <w:r>
        <w:rPr>
          <w:color w:val="004682"/>
        </w:rPr>
        <w:t>Attendees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Name</w:t>
            </w:r>
          </w:p>
        </w:tc>
        <w:tc>
          <w:tcPr>
            <w:tcW w:type="dxa" w:w="3120"/>
          </w:tcPr>
          <w:p>
            <w:r>
              <w:t>Company</w:t>
            </w:r>
          </w:p>
        </w:tc>
        <w:tc>
          <w:tcPr>
            <w:tcW w:type="dxa" w:w="3120"/>
          </w:tcPr>
          <w:p>
            <w:r>
              <w:t>Role</w:t>
            </w:r>
          </w:p>
        </w:tc>
      </w:tr>
      <w:tr>
        <w:tc>
          <w:tcPr>
            <w:tcW w:type="dxa" w:w="3120"/>
          </w:tcPr>
          <w:p>
            <w:r>
              <w:t>&lt;&lt;pm.FirstName&gt;&gt; &lt;&lt;pm.LastName&gt;&gt;</w:t>
            </w:r>
          </w:p>
        </w:tc>
        <w:tc>
          <w:tcPr>
            <w:tcW w:type="dxa" w:w="3120"/>
          </w:tcPr>
          <w:p>
            <w:r>
              <w:t>&lt;&lt;companies.CompanyName&gt;&gt;</w:t>
            </w:r>
          </w:p>
        </w:tc>
        <w:tc>
          <w:tcPr>
            <w:tcW w:type="dxa" w:w="3120"/>
          </w:tcPr>
          <w:p>
            <w:r>
              <w:t>Project Manager</w:t>
            </w:r>
          </w:p>
        </w:tc>
      </w:tr>
      <w:tr>
        <w:tc>
          <w:tcPr>
            <w:tcW w:type="dxa" w:w="3120"/>
          </w:tcPr>
          <w:p>
            <w:r>
              <w:t>&lt;&lt;super.FirstName&gt;&gt; &lt;&lt;super.LastName&gt;&gt;</w:t>
            </w:r>
          </w:p>
        </w:tc>
        <w:tc>
          <w:tcPr>
            <w:tcW w:type="dxa" w:w="3120"/>
          </w:tcPr>
          <w:p>
            <w:r>
              <w:t>&lt;&lt;companies.CompanyName&gt;&gt;</w:t>
            </w:r>
          </w:p>
        </w:tc>
        <w:tc>
          <w:tcPr>
            <w:tcW w:type="dxa" w:w="3120"/>
          </w:tcPr>
          <w:p>
            <w:r>
              <w:t>Superintendent</w:t>
            </w:r>
          </w:p>
        </w:tc>
      </w:tr>
      <w:tr>
        <w:tc>
          <w:tcPr>
            <w:tcW w:type="dxa" w:w="3120"/>
          </w:tcPr>
          <w:p>
            <w:r>
              <w:t>&lt;&lt;owner.FirstName&gt;&gt; &lt;&lt;owner.LastName&gt;&gt;</w:t>
            </w:r>
          </w:p>
        </w:tc>
        <w:tc>
          <w:tcPr>
            <w:tcW w:type="dxa" w:w="3120"/>
          </w:tcPr>
          <w:p>
            <w:r>
              <w:t>&lt;&lt;owner.CompanyName&gt;&gt;</w:t>
            </w:r>
          </w:p>
        </w:tc>
        <w:tc>
          <w:tcPr>
            <w:tcW w:type="dxa" w:w="3120"/>
          </w:tcPr>
          <w:p>
            <w:r>
              <w:t>Owner</w:t>
            </w:r>
          </w:p>
        </w:tc>
      </w:tr>
      <w:tr>
        <w:tc>
          <w:tcPr>
            <w:tcW w:type="dxa" w:w="3120"/>
          </w:tcPr>
          <w:p>
            <w:r>
              <w:t>&lt;&lt;architect.FirstName&gt;&gt; &lt;&lt;architect.LastName&gt;&gt;</w:t>
            </w:r>
          </w:p>
        </w:tc>
        <w:tc>
          <w:tcPr>
            <w:tcW w:type="dxa" w:w="3120"/>
          </w:tcPr>
          <w:p>
            <w:r>
              <w:t>&lt;&lt;architect.CompanyName&gt;&gt;</w:t>
            </w:r>
          </w:p>
        </w:tc>
        <w:tc>
          <w:tcPr>
            <w:tcW w:type="dxa" w:w="3120"/>
          </w:tcPr>
          <w:p>
            <w:r>
              <w:t>Architect/Engineer</w:t>
            </w:r>
          </w:p>
        </w:tc>
      </w:tr>
      <w:tr>
        <w:tc>
          <w:tcPr>
            <w:tcW w:type="dxa" w:w="3120"/>
          </w:tcPr>
          <w:p>
            <w:r>
              <w:t>_____________________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</w:t>
            </w:r>
          </w:p>
        </w:tc>
      </w:tr>
    </w:tbl>
    <w:p/>
    <w:p>
      <w:pPr>
        <w:pStyle w:val="Heading1"/>
      </w:pPr>
      <w:r>
        <w:rPr>
          <w:color w:val="004682"/>
        </w:rPr>
        <w:t>Discussion Items</w:t>
      </w:r>
    </w:p>
    <w:p>
      <w:pPr>
        <w:pStyle w:val="Heading2"/>
      </w:pPr>
      <w:r>
        <w:rPr>
          <w:color w:val="004682"/>
        </w:rPr>
        <w:t>Item 1: [Topic]</w:t>
      </w:r>
    </w:p>
    <w:p>
      <w:r>
        <w:t>[Discussion summary and decisions]</w:t>
      </w:r>
    </w:p>
    <w:p/>
    <w:p>
      <w:pPr>
        <w:pStyle w:val="Heading2"/>
      </w:pPr>
      <w:r>
        <w:rPr>
          <w:color w:val="004682"/>
        </w:rPr>
        <w:t>Item 2: [Topic]</w:t>
      </w:r>
    </w:p>
    <w:p>
      <w:r>
        <w:t>[Discussion summary and decisions]</w:t>
      </w:r>
    </w:p>
    <w:p/>
    <w:p>
      <w:pPr>
        <w:pStyle w:val="Heading2"/>
      </w:pPr>
      <w:r>
        <w:rPr>
          <w:color w:val="004682"/>
        </w:rPr>
        <w:t>Item 3: [Topic]</w:t>
      </w:r>
    </w:p>
    <w:p>
      <w:r>
        <w:t>[Discussion summary and decisions]</w:t>
      </w:r>
    </w:p>
    <w:p/>
    <w:p>
      <w:pPr>
        <w:pStyle w:val="Heading2"/>
      </w:pPr>
      <w:r>
        <w:rPr>
          <w:color w:val="004682"/>
        </w:rPr>
        <w:t>Item 4: [Topic]</w:t>
      </w:r>
    </w:p>
    <w:p>
      <w:r>
        <w:t>[Discussion summary and decisions]</w:t>
      </w:r>
    </w:p>
    <w:p/>
    <w:p>
      <w:pPr>
        <w:pStyle w:val="Heading2"/>
      </w:pPr>
      <w:r>
        <w:rPr>
          <w:color w:val="004682"/>
        </w:rPr>
        <w:t>Item 5: [Topic]</w:t>
      </w:r>
    </w:p>
    <w:p>
      <w:r>
        <w:t>[Discussion summary and decisions]</w:t>
      </w:r>
    </w:p>
    <w:p/>
    <w:p>
      <w:pPr>
        <w:pStyle w:val="Heading2"/>
      </w:pPr>
      <w:r>
        <w:rPr>
          <w:color w:val="004682"/>
        </w:rPr>
        <w:t>Item 6: [Topic]</w:t>
      </w:r>
    </w:p>
    <w:p>
      <w:r>
        <w:t>[Discussion summary and decisions]</w:t>
      </w:r>
    </w:p>
    <w:p/>
    <w:p>
      <w:pPr>
        <w:pStyle w:val="Heading1"/>
      </w:pPr>
      <w:r>
        <w:rPr>
          <w:color w:val="004682"/>
        </w:rPr>
        <w:t>Action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Action Item</w:t>
            </w:r>
          </w:p>
        </w:tc>
        <w:tc>
          <w:tcPr>
            <w:tcW w:type="dxa" w:w="3120"/>
          </w:tcPr>
          <w:p>
            <w:r>
              <w:t>Responsible Party</w:t>
            </w:r>
          </w:p>
        </w:tc>
        <w:tc>
          <w:tcPr>
            <w:tcW w:type="dxa" w:w="3120"/>
          </w:tcPr>
          <w:p>
            <w:r>
              <w:t>Due Date</w:t>
            </w:r>
          </w:p>
        </w:tc>
      </w:tr>
      <w:tr>
        <w:tc>
          <w:tcPr>
            <w:tcW w:type="dxa" w:w="3120"/>
          </w:tcPr>
          <w:p>
            <w:r>
              <w:t>________________________________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</w:tbl>
    <w:p/>
    <w:p>
      <w:pPr>
        <w:pStyle w:val="Heading1"/>
      </w:pPr>
      <w:r>
        <w:rPr>
          <w:color w:val="004682"/>
        </w:rPr>
        <w:t>Next Meeting</w:t>
      </w:r>
    </w:p>
    <w:p>
      <w:r>
        <w:t>Date: ___________________   Location: ___________________</w:t>
      </w:r>
    </w:p>
    <w:p/>
    <w:p>
      <w:r>
        <w:t>Minutes prepared by &lt;&lt;pm.FirstName&gt;&gt; &lt;&lt;pm.LastName&gt;&gt;. Corrections due within 5 business days.</w:t>
      </w:r>
    </w:p>
    <w:p/>
    <w:p>
      <w:r>
        <w:t>Project Manager: &lt;&lt;pm.FirstName&gt;&gt; &lt;&lt;pm.LastName&gt;&gt;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