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04682"/>
          <w:sz w:val="28"/>
        </w:rPr>
        <w:t>&lt;&lt;companies.CompanyName&gt;&gt;</w:t>
      </w:r>
    </w:p>
    <w:p>
      <w:pPr>
        <w:jc w:val="center"/>
      </w:pPr>
      <w:r>
        <w:rPr>
          <w:color w:val="787878"/>
          <w:sz w:val="18"/>
        </w:rPr>
        <w:t>&lt;&lt;companies.Address&gt;&gt;  |  &lt;&lt;companies.City&gt;&gt;, &lt;&lt;companies.State&gt;&gt;  &lt;&lt;companies.Zip&gt;&gt;  |  &lt;&lt;companies.Phone&gt;&gt;  |  &lt;&lt;companies.Email&gt;&gt;</w:t>
      </w:r>
    </w:p>
    <w:p>
      <w:pPr>
        <w:jc w:val="center"/>
      </w:pPr>
      <w:r>
        <w:rPr>
          <w:color w:val="787878"/>
          <w:sz w:val="18"/>
        </w:rPr>
        <w:t>License: &lt;&lt;companies.LicenseNumber&gt;&gt; (&lt;&lt;companies.LicenseState&gt;&gt;)  |  Bonding: &lt;&lt;companies.BondingCompany&gt;&gt;  |  Bond Limit: $&lt;&lt;companies.BondLimit&gt;&gt;</w:t>
      </w:r>
    </w:p>
    <w:p/>
    <w:p>
      <w:pPr>
        <w:pStyle w:val="Title"/>
        <w:jc w:val="center"/>
      </w:pPr>
      <w:r>
        <w:t>DAILY REPORT</w:t>
      </w:r>
    </w:p>
    <w:p/>
    <w:p>
      <w:pPr>
        <w:pStyle w:val="Heading1"/>
      </w:pPr>
      <w:r>
        <w:rPr>
          <w:color w:val="004682"/>
        </w:rPr>
        <w:t>Report Information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t>Report Date:</w:t>
            </w:r>
          </w:p>
        </w:tc>
        <w:tc>
          <w:tcPr>
            <w:tcW w:type="dxa" w:w="4680"/>
          </w:tcPr>
          <w:p>
            <w:r>
              <w:t>&lt;&lt;daily_reports.ReportDate&gt;&gt;</w:t>
            </w:r>
          </w:p>
        </w:tc>
      </w:tr>
      <w:tr>
        <w:tc>
          <w:tcPr>
            <w:tcW w:type="dxa" w:w="4680"/>
          </w:tcPr>
          <w:p>
            <w:r>
              <w:t>Project:</w:t>
            </w:r>
          </w:p>
        </w:tc>
        <w:tc>
          <w:tcPr>
            <w:tcW w:type="dxa" w:w="4680"/>
          </w:tcPr>
          <w:p>
            <w:r>
              <w:t>&lt;&lt;projects.ProjectName&gt;&gt; (#&lt;&lt;projects.ProjectNumber&gt;&gt;)</w:t>
            </w:r>
          </w:p>
        </w:tc>
      </w:tr>
      <w:tr>
        <w:tc>
          <w:tcPr>
            <w:tcW w:type="dxa" w:w="4680"/>
          </w:tcPr>
          <w:p>
            <w:r>
              <w:t>Reported By:</w:t>
            </w:r>
          </w:p>
        </w:tc>
        <w:tc>
          <w:tcPr>
            <w:tcW w:type="dxa" w:w="4680"/>
          </w:tcPr>
          <w:p>
            <w:r>
              <w:t>&lt;&lt;reporter.FirstName&gt;&gt; &lt;&lt;reporter.LastName&gt;&gt;, &lt;&lt;reporter.Title&gt;&gt;</w:t>
            </w:r>
          </w:p>
        </w:tc>
      </w:tr>
      <w:tr>
        <w:tc>
          <w:tcPr>
            <w:tcW w:type="dxa" w:w="4680"/>
          </w:tcPr>
          <w:p>
            <w:r>
              <w:t>Superintendent:</w:t>
            </w:r>
          </w:p>
        </w:tc>
        <w:tc>
          <w:tcPr>
            <w:tcW w:type="dxa" w:w="4680"/>
          </w:tcPr>
          <w:p>
            <w:r>
              <w:t>&lt;&lt;super.FirstName&gt;&gt; &lt;&lt;super.LastName&gt;&gt;</w:t>
            </w:r>
          </w:p>
        </w:tc>
      </w:tr>
      <w:tr>
        <w:tc>
          <w:tcPr>
            <w:tcW w:type="dxa" w:w="4680"/>
          </w:tcPr>
          <w:p>
            <w:r>
              <w:t>Report #:</w:t>
            </w:r>
          </w:p>
        </w:tc>
        <w:tc>
          <w:tcPr>
            <w:tcW w:type="dxa" w:w="4680"/>
          </w:tcPr>
          <w:p>
            <w:r>
              <w:t>&lt;&lt;daily_reports.ReportID&gt;&gt;</w:t>
            </w:r>
          </w:p>
        </w:tc>
      </w:tr>
    </w:tbl>
    <w:p/>
    <w:p>
      <w:pPr>
        <w:pStyle w:val="Heading1"/>
      </w:pPr>
      <w:r>
        <w:rPr>
          <w:color w:val="004682"/>
        </w:rPr>
        <w:t>Weather Conditions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t>Morning:</w:t>
            </w:r>
          </w:p>
        </w:tc>
        <w:tc>
          <w:tcPr>
            <w:tcW w:type="dxa" w:w="4680"/>
          </w:tcPr>
          <w:p>
            <w:r>
              <w:t>&lt;&lt;daily_reports.WeatherMorning&gt;&gt;</w:t>
            </w:r>
          </w:p>
        </w:tc>
      </w:tr>
      <w:tr>
        <w:tc>
          <w:tcPr>
            <w:tcW w:type="dxa" w:w="4680"/>
          </w:tcPr>
          <w:p>
            <w:r>
              <w:t>Afternoon:</w:t>
            </w:r>
          </w:p>
        </w:tc>
        <w:tc>
          <w:tcPr>
            <w:tcW w:type="dxa" w:w="4680"/>
          </w:tcPr>
          <w:p>
            <w:r>
              <w:t>&lt;&lt;daily_reports.WeatherAfternoon&gt;&gt;</w:t>
            </w:r>
          </w:p>
        </w:tc>
      </w:tr>
      <w:tr>
        <w:tc>
          <w:tcPr>
            <w:tcW w:type="dxa" w:w="4680"/>
          </w:tcPr>
          <w:p>
            <w:r>
              <w:t>Temp High:</w:t>
            </w:r>
          </w:p>
        </w:tc>
        <w:tc>
          <w:tcPr>
            <w:tcW w:type="dxa" w:w="4680"/>
          </w:tcPr>
          <w:p>
            <w:r>
              <w:t>&lt;&lt;daily_reports.TempHigh&gt;&gt;°F</w:t>
            </w:r>
          </w:p>
        </w:tc>
      </w:tr>
      <w:tr>
        <w:tc>
          <w:tcPr>
            <w:tcW w:type="dxa" w:w="4680"/>
          </w:tcPr>
          <w:p>
            <w:r>
              <w:t>Temp Low:</w:t>
            </w:r>
          </w:p>
        </w:tc>
        <w:tc>
          <w:tcPr>
            <w:tcW w:type="dxa" w:w="4680"/>
          </w:tcPr>
          <w:p>
            <w:r>
              <w:t>&lt;&lt;daily_reports.TempLow&gt;&gt;°F</w:t>
            </w:r>
          </w:p>
        </w:tc>
      </w:tr>
    </w:tbl>
    <w:p/>
    <w:p>
      <w:pPr>
        <w:pStyle w:val="Heading1"/>
      </w:pPr>
      <w:r>
        <w:rPr>
          <w:color w:val="004682"/>
        </w:rPr>
        <w:t>Work Performed Today</w:t>
      </w:r>
    </w:p>
    <w:p>
      <w:r>
        <w:t>&lt;&lt;daily_reports.WorkPerformed&gt;&gt;</w:t>
      </w:r>
    </w:p>
    <w:p/>
    <w:p>
      <w:pPr>
        <w:pStyle w:val="Heading1"/>
      </w:pPr>
      <w:r>
        <w:rPr>
          <w:color w:val="004682"/>
        </w:rPr>
        <w:t>Labor &amp; Equipment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t>Total Worker Count:</w:t>
            </w:r>
          </w:p>
        </w:tc>
        <w:tc>
          <w:tcPr>
            <w:tcW w:type="dxa" w:w="4680"/>
          </w:tcPr>
          <w:p>
            <w:r>
              <w:t>&lt;&lt;daily_reports.LaborCountTotal&gt;&gt;</w:t>
            </w:r>
          </w:p>
        </w:tc>
      </w:tr>
      <w:tr>
        <w:tc>
          <w:tcPr>
            <w:tcW w:type="dxa" w:w="4680"/>
          </w:tcPr>
          <w:p>
            <w:r>
              <w:t>Photo Count:</w:t>
            </w:r>
          </w:p>
        </w:tc>
        <w:tc>
          <w:tcPr>
            <w:tcW w:type="dxa" w:w="4680"/>
          </w:tcPr>
          <w:p>
            <w:r>
              <w:t>&lt;&lt;daily_reports.PhotoCount&gt;&gt;</w:t>
            </w:r>
          </w:p>
        </w:tc>
      </w:tr>
    </w:tbl>
    <w:p/>
    <w:p>
      <w:pPr>
        <w:pStyle w:val="Heading1"/>
      </w:pPr>
      <w:r>
        <w:rPr>
          <w:color w:val="004682"/>
        </w:rPr>
        <w:t>Materials Delivered</w:t>
      </w:r>
    </w:p>
    <w:p>
      <w:r>
        <w:t>&lt;&lt;daily_reports.MaterialsDelivered&gt;&gt;</w:t>
      </w:r>
    </w:p>
    <w:p/>
    <w:p>
      <w:pPr>
        <w:pStyle w:val="Heading1"/>
      </w:pPr>
      <w:r>
        <w:rPr>
          <w:color w:val="004682"/>
        </w:rPr>
        <w:t>Visitors to Site</w:t>
      </w:r>
    </w:p>
    <w:p>
      <w:r>
        <w:t>&lt;&lt;daily_reports.Visitors&gt;&gt;</w:t>
      </w:r>
    </w:p>
    <w:p/>
    <w:p>
      <w:pPr>
        <w:pStyle w:val="Heading1"/>
      </w:pPr>
      <w:r>
        <w:rPr>
          <w:color w:val="004682"/>
        </w:rPr>
        <w:t>Issues / Deficiencies</w:t>
      </w:r>
    </w:p>
    <w:p>
      <w:r>
        <w:t>&lt;&lt;daily_reports.Issues&gt;&gt;</w:t>
      </w:r>
    </w:p>
    <w:p/>
    <w:p>
      <w:pPr>
        <w:pStyle w:val="Heading1"/>
      </w:pPr>
      <w:r>
        <w:rPr>
          <w:color w:val="004682"/>
        </w:rPr>
        <w:t>Delays</w:t>
      </w:r>
    </w:p>
    <w:p>
      <w:r>
        <w:t>&lt;&lt;daily_reports.Delays&gt;&gt;</w:t>
      </w:r>
    </w:p>
    <w:p/>
    <w:p>
      <w:pPr>
        <w:pStyle w:val="Heading1"/>
      </w:pPr>
      <w:r>
        <w:rPr>
          <w:color w:val="004682"/>
        </w:rPr>
        <w:t>Inspections Conducted</w:t>
      </w:r>
    </w:p>
    <w:p>
      <w:r>
        <w:t>&lt;&lt;daily_reports.InspectionsConducted&gt;&gt;</w:t>
      </w:r>
    </w:p>
    <w:p/>
    <w:p>
      <w:pPr>
        <w:pStyle w:val="Heading1"/>
      </w:pPr>
      <w:r>
        <w:rPr>
          <w:color w:val="004682"/>
        </w:rPr>
        <w:t>Notes</w:t>
      </w:r>
    </w:p>
    <w:p>
      <w:r>
        <w:t>&lt;&lt;daily_reports.Notes&gt;&gt;</w:t>
      </w:r>
    </w:p>
    <w:p/>
    <w:p/>
    <w:p>
      <w:r>
        <w:t>Superintendent: &lt;&lt;super.FirstName&gt;&gt; &lt;&lt;super.LastName&gt;&gt;</w:t>
      </w:r>
    </w:p>
    <w:p>
      <w:r>
        <w:t>Signature: _________________________________________________   Date: ___________________</w:t>
      </w:r>
    </w:p>
    <w:p>
      <w:r>
        <w:t>Print Name: ________________________________________________   Title: ___________________</w:t>
      </w:r>
    </w:p>
    <w:sectPr w:rsidR="00FC693F" w:rsidRPr="0006063C" w:rsidSect="00034616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