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SUBMITTAL TRANSMITTAL</w:t>
      </w:r>
    </w:p>
    <w:p/>
    <w:p>
      <w:pPr>
        <w:pStyle w:val="Heading1"/>
      </w:pPr>
      <w:r>
        <w:rPr>
          <w:color w:val="004682"/>
        </w:rPr>
        <w:t>Transmittal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Transmittal #:</w:t>
            </w:r>
          </w:p>
        </w:tc>
        <w:tc>
          <w:tcPr>
            <w:tcW w:type="dxa" w:w="4680"/>
          </w:tcPr>
          <w:p>
            <w:r>
              <w:t>&lt;&lt;SubmittalNumber&gt;&gt;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&lt;&lt;SubmittalDate&gt;&gt;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From:</w:t>
            </w:r>
          </w:p>
        </w:tc>
        <w:tc>
          <w:tcPr>
            <w:tcW w:type="dxa" w:w="4680"/>
          </w:tcPr>
          <w:p>
            <w:r>
              <w:t>&lt;&lt;pm.FirstName&gt;&gt; &lt;&lt;pm.LastName&gt;&gt;, &lt;&lt;companies.CompanyName&gt;&gt;</w:t>
            </w:r>
          </w:p>
        </w:tc>
      </w:tr>
      <w:tr>
        <w:tc>
          <w:tcPr>
            <w:tcW w:type="dxa" w:w="4680"/>
          </w:tcPr>
          <w:p>
            <w:r>
              <w:t>To:</w:t>
            </w:r>
          </w:p>
        </w:tc>
        <w:tc>
          <w:tcPr>
            <w:tcW w:type="dxa" w:w="4680"/>
          </w:tcPr>
          <w:p>
            <w:r>
              <w:t>&lt;&lt;architect.FirstName&gt;&gt; &lt;&lt;architect.LastName&gt;&gt;, &lt;&lt;architect.CompanyName&gt;&gt;</w:t>
            </w:r>
          </w:p>
        </w:tc>
      </w:tr>
      <w:tr>
        <w:tc>
          <w:tcPr>
            <w:tcW w:type="dxa" w:w="4680"/>
          </w:tcPr>
          <w:p>
            <w:r>
              <w:t>Spec Section:</w:t>
            </w:r>
          </w:p>
        </w:tc>
        <w:tc>
          <w:tcPr>
            <w:tcW w:type="dxa" w:w="4680"/>
          </w:tcPr>
          <w:p>
            <w:r>
              <w:t>&lt;&lt;SpecSection&gt;&gt;</w:t>
            </w:r>
          </w:p>
        </w:tc>
      </w:tr>
      <w:tr>
        <w:tc>
          <w:tcPr>
            <w:tcW w:type="dxa" w:w="4680"/>
          </w:tcPr>
          <w:p>
            <w:r>
              <w:t>Required Return:</w:t>
            </w:r>
          </w:p>
        </w:tc>
        <w:tc>
          <w:tcPr>
            <w:tcW w:type="dxa" w:w="4680"/>
          </w:tcPr>
          <w:p>
            <w:r>
              <w:t>&lt;&lt;RequiredReturnDate&gt;&gt;</w:t>
            </w:r>
          </w:p>
        </w:tc>
      </w:tr>
    </w:tbl>
    <w:p/>
    <w:p>
      <w:pPr>
        <w:pStyle w:val="Heading1"/>
      </w:pPr>
      <w:r>
        <w:rPr>
          <w:color w:val="004682"/>
        </w:rPr>
        <w:t>Items Submitted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</w:tcPr>
          <w:p>
            <w:r>
              <w:t>Copies</w:t>
            </w:r>
          </w:p>
        </w:tc>
        <w:tc>
          <w:tcPr>
            <w:tcW w:type="dxa" w:w="2340"/>
          </w:tcPr>
          <w:p>
            <w:r>
              <w:t>Item / Description</w:t>
            </w:r>
          </w:p>
        </w:tc>
        <w:tc>
          <w:tcPr>
            <w:tcW w:type="dxa" w:w="2340"/>
          </w:tcPr>
          <w:p>
            <w:r>
              <w:t>Type</w:t>
            </w:r>
          </w:p>
        </w:tc>
        <w:tc>
          <w:tcPr>
            <w:tcW w:type="dxa" w:w="2340"/>
          </w:tcPr>
          <w:p>
            <w:r>
              <w:t>Revision #</w:t>
            </w:r>
          </w:p>
        </w:tc>
      </w:tr>
      <w:tr>
        <w:tc>
          <w:tcPr>
            <w:tcW w:type="dxa" w:w="2340"/>
          </w:tcPr>
          <w:p>
            <w:r>
              <w:t>__</w:t>
            </w:r>
          </w:p>
        </w:tc>
        <w:tc>
          <w:tcPr>
            <w:tcW w:type="dxa" w:w="2340"/>
          </w:tcPr>
          <w:p>
            <w:r>
              <w:t>________________</w:t>
            </w:r>
          </w:p>
        </w:tc>
        <w:tc>
          <w:tcPr>
            <w:tcW w:type="dxa" w:w="2340"/>
          </w:tcPr>
          <w:p>
            <w:r>
              <w:t>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</w:tr>
      <w:tr>
        <w:tc>
          <w:tcPr>
            <w:tcW w:type="dxa" w:w="2340"/>
          </w:tcPr>
          <w:p>
            <w:r>
              <w:t>__</w:t>
            </w:r>
          </w:p>
        </w:tc>
        <w:tc>
          <w:tcPr>
            <w:tcW w:type="dxa" w:w="2340"/>
          </w:tcPr>
          <w:p>
            <w:r>
              <w:t>________________</w:t>
            </w:r>
          </w:p>
        </w:tc>
        <w:tc>
          <w:tcPr>
            <w:tcW w:type="dxa" w:w="2340"/>
          </w:tcPr>
          <w:p>
            <w:r>
              <w:t>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</w:tr>
      <w:tr>
        <w:tc>
          <w:tcPr>
            <w:tcW w:type="dxa" w:w="2340"/>
          </w:tcPr>
          <w:p>
            <w:r>
              <w:t>__</w:t>
            </w:r>
          </w:p>
        </w:tc>
        <w:tc>
          <w:tcPr>
            <w:tcW w:type="dxa" w:w="2340"/>
          </w:tcPr>
          <w:p>
            <w:r>
              <w:t>________________</w:t>
            </w:r>
          </w:p>
        </w:tc>
        <w:tc>
          <w:tcPr>
            <w:tcW w:type="dxa" w:w="2340"/>
          </w:tcPr>
          <w:p>
            <w:r>
              <w:t>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</w:tr>
      <w:tr>
        <w:tc>
          <w:tcPr>
            <w:tcW w:type="dxa" w:w="2340"/>
          </w:tcPr>
          <w:p>
            <w:r>
              <w:t>__</w:t>
            </w:r>
          </w:p>
        </w:tc>
        <w:tc>
          <w:tcPr>
            <w:tcW w:type="dxa" w:w="2340"/>
          </w:tcPr>
          <w:p>
            <w:r>
              <w:t>________________</w:t>
            </w:r>
          </w:p>
        </w:tc>
        <w:tc>
          <w:tcPr>
            <w:tcW w:type="dxa" w:w="2340"/>
          </w:tcPr>
          <w:p>
            <w:r>
              <w:t>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</w:tr>
      <w:tr>
        <w:tc>
          <w:tcPr>
            <w:tcW w:type="dxa" w:w="2340"/>
          </w:tcPr>
          <w:p>
            <w:r>
              <w:t>__</w:t>
            </w:r>
          </w:p>
        </w:tc>
        <w:tc>
          <w:tcPr>
            <w:tcW w:type="dxa" w:w="2340"/>
          </w:tcPr>
          <w:p>
            <w:r>
              <w:t>________________</w:t>
            </w:r>
          </w:p>
        </w:tc>
        <w:tc>
          <w:tcPr>
            <w:tcW w:type="dxa" w:w="2340"/>
          </w:tcPr>
          <w:p>
            <w:r>
              <w:t>________</w:t>
            </w:r>
          </w:p>
        </w:tc>
        <w:tc>
          <w:tcPr>
            <w:tcW w:type="dxa" w:w="2340"/>
          </w:tcPr>
          <w:p>
            <w:r>
              <w:t>____</w:t>
            </w:r>
          </w:p>
        </w:tc>
      </w:tr>
    </w:tbl>
    <w:p/>
    <w:p>
      <w:pPr>
        <w:pStyle w:val="Heading1"/>
      </w:pPr>
      <w:r>
        <w:rPr>
          <w:color w:val="004682"/>
        </w:rPr>
        <w:t>Action Requested</w:t>
      </w:r>
    </w:p>
    <w:p>
      <w:r>
        <w:t>☐  Approve</w:t>
      </w:r>
    </w:p>
    <w:p>
      <w:r>
        <w:t>☐  Approve as Noted</w:t>
      </w:r>
    </w:p>
    <w:p>
      <w:r>
        <w:t>☐  Revise and Resubmit</w:t>
      </w:r>
    </w:p>
    <w:p>
      <w:r>
        <w:t>☐  Rejected — See Comments</w:t>
      </w:r>
    </w:p>
    <w:p/>
    <w:p>
      <w:pPr>
        <w:pStyle w:val="Heading1"/>
      </w:pPr>
      <w:r>
        <w:rPr>
          <w:color w:val="004682"/>
        </w:rPr>
        <w:t>Remarks</w:t>
      </w:r>
    </w:p>
    <w:p>
      <w:r>
        <w:t>&lt;&lt;SubmittalRemarks&gt;&gt;</w:t>
      </w:r>
    </w:p>
    <w:p/>
    <w:p>
      <w:r>
        <w:rPr>
          <w:color w:val="C8C8C8"/>
          <w:sz w:val="16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pStyle w:val="Heading1"/>
      </w:pPr>
      <w:r>
        <w:rPr>
          <w:color w:val="004682"/>
        </w:rPr>
        <w:t>Architect Review Response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Action:</w:t>
            </w:r>
          </w:p>
        </w:tc>
        <w:tc>
          <w:tcPr>
            <w:tcW w:type="dxa" w:w="4680"/>
          </w:tcPr>
          <w:p>
            <w:r>
              <w:t>________________________</w:t>
            </w:r>
          </w:p>
        </w:tc>
      </w:tr>
      <w:tr>
        <w:tc>
          <w:tcPr>
            <w:tcW w:type="dxa" w:w="4680"/>
          </w:tcPr>
          <w:p>
            <w:r>
              <w:t>Return Date:</w:t>
            </w:r>
          </w:p>
        </w:tc>
        <w:tc>
          <w:tcPr>
            <w:tcW w:type="dxa" w:w="4680"/>
          </w:tcPr>
          <w:p>
            <w:r>
              <w:t>________________________</w:t>
            </w:r>
          </w:p>
        </w:tc>
      </w:tr>
      <w:tr>
        <w:tc>
          <w:tcPr>
            <w:tcW w:type="dxa" w:w="4680"/>
          </w:tcPr>
          <w:p>
            <w:r>
              <w:t>Reviewed By:</w:t>
            </w:r>
          </w:p>
        </w:tc>
        <w:tc>
          <w:tcPr>
            <w:tcW w:type="dxa" w:w="4680"/>
          </w:tcPr>
          <w:p>
            <w:r>
              <w:t>________________________</w:t>
            </w:r>
          </w:p>
        </w:tc>
      </w:tr>
    </w:tbl>
    <w:p/>
    <w:p/>
    <w:p>
      <w:r>
        <w:t>Architect: &lt;&lt;architect.FirstName&gt;&gt; &lt;&lt;architect.LastName&gt;&gt;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