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CHANGE ORDER</w:t>
      </w:r>
    </w:p>
    <w:p/>
    <w:p>
      <w:pPr>
        <w:pStyle w:val="Heading1"/>
      </w:pPr>
      <w:r>
        <w:rPr>
          <w:color w:val="004682"/>
        </w:rPr>
        <w:t>Change Order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Change Order #:</w:t>
            </w:r>
          </w:p>
        </w:tc>
        <w:tc>
          <w:tcPr>
            <w:tcW w:type="dxa" w:w="4680"/>
          </w:tcPr>
          <w:p>
            <w:r>
              <w:t>&lt;&lt;change_orders.CONumber&gt;&gt;</w:t>
            </w:r>
          </w:p>
        </w:tc>
      </w:tr>
      <w:tr>
        <w:tc>
          <w:tcPr>
            <w:tcW w:type="dxa" w:w="4680"/>
          </w:tcPr>
          <w:p>
            <w:r>
              <w:t>Date:</w:t>
            </w:r>
          </w:p>
        </w:tc>
        <w:tc>
          <w:tcPr>
            <w:tcW w:type="dxa" w:w="4680"/>
          </w:tcPr>
          <w:p>
            <w:r>
              <w:t>&lt;&lt;change_orders.CODate&gt;&gt;</w:t>
            </w:r>
          </w:p>
        </w:tc>
      </w:tr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 (#&lt;&lt;projects.ProjectNumber&gt;&gt;)</w:t>
            </w:r>
          </w:p>
        </w:tc>
      </w:tr>
      <w:tr>
        <w:tc>
          <w:tcPr>
            <w:tcW w:type="dxa" w:w="4680"/>
          </w:tcPr>
          <w:p>
            <w:r>
              <w:t>Address:</w:t>
            </w:r>
          </w:p>
        </w:tc>
        <w:tc>
          <w:tcPr>
            <w:tcW w:type="dxa" w:w="4680"/>
          </w:tcPr>
          <w:p>
            <w:r>
              <w:t>&lt;&lt;projects.ProjectAddress&gt;&gt;, &lt;&lt;projects.ProjectCity&gt;&gt;, &lt;&lt;projects.ProjectState&gt;&gt;</w:t>
            </w:r>
          </w:p>
        </w:tc>
      </w:tr>
      <w:tr>
        <w:tc>
          <w:tcPr>
            <w:tcW w:type="dxa" w:w="4680"/>
          </w:tcPr>
          <w:p>
            <w:r>
              <w:t>Owner:</w:t>
            </w:r>
          </w:p>
        </w:tc>
        <w:tc>
          <w:tcPr>
            <w:tcW w:type="dxa" w:w="4680"/>
          </w:tcPr>
          <w:p>
            <w:r>
              <w:t>&lt;&lt;owner.CompanyName&gt;&gt;</w:t>
            </w:r>
          </w:p>
        </w:tc>
      </w:tr>
      <w:tr>
        <w:tc>
          <w:tcPr>
            <w:tcW w:type="dxa" w:w="4680"/>
          </w:tcPr>
          <w:p>
            <w:r>
              <w:t>Contractor:</w:t>
            </w:r>
          </w:p>
        </w:tc>
        <w:tc>
          <w:tcPr>
            <w:tcW w:type="dxa" w:w="4680"/>
          </w:tcPr>
          <w:p>
            <w:r>
              <w:t>&lt;&lt;companies.CompanyName&gt;&gt;</w:t>
            </w:r>
          </w:p>
        </w:tc>
      </w:tr>
    </w:tbl>
    <w:p/>
    <w:p>
      <w:pPr>
        <w:pStyle w:val="Heading1"/>
      </w:pPr>
      <w:r>
        <w:rPr>
          <w:color w:val="004682"/>
        </w:rPr>
        <w:t>Description of Change</w:t>
      </w:r>
    </w:p>
    <w:p>
      <w:r>
        <w:t>&lt;&lt;change_orders.Description&gt;&gt;</w:t>
      </w:r>
    </w:p>
    <w:p/>
    <w:p>
      <w:r>
        <w:t>Reason for Change: &lt;&lt;change_orders.Reason&gt;&gt;</w:t>
      </w:r>
    </w:p>
    <w:p/>
    <w:p>
      <w:pPr>
        <w:pStyle w:val="Heading1"/>
      </w:pPr>
      <w:r>
        <w:rPr>
          <w:color w:val="004682"/>
        </w:rPr>
        <w:t>Contract Modifications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Original Contract Sum:</w:t>
            </w:r>
          </w:p>
        </w:tc>
        <w:tc>
          <w:tcPr>
            <w:tcW w:type="dxa" w:w="4680"/>
          </w:tcPr>
          <w:p>
            <w:r>
              <w:t>$&lt;&lt;projects.ContractAmount&gt;&gt;</w:t>
            </w:r>
          </w:p>
        </w:tc>
      </w:tr>
      <w:tr>
        <w:tc>
          <w:tcPr>
            <w:tcW w:type="dxa" w:w="4680"/>
          </w:tcPr>
          <w:p>
            <w:r>
              <w:t>Previous Approved COs:</w:t>
            </w:r>
          </w:p>
        </w:tc>
        <w:tc>
          <w:tcPr>
            <w:tcW w:type="dxa" w:w="4680"/>
          </w:tcPr>
          <w:p>
            <w:r>
              <w:t>$______________________</w:t>
            </w:r>
          </w:p>
        </w:tc>
      </w:tr>
      <w:tr>
        <w:tc>
          <w:tcPr>
            <w:tcW w:type="dxa" w:w="4680"/>
          </w:tcPr>
          <w:p>
            <w:r>
              <w:t>This Change Order Amount:</w:t>
            </w:r>
          </w:p>
        </w:tc>
        <w:tc>
          <w:tcPr>
            <w:tcW w:type="dxa" w:w="4680"/>
          </w:tcPr>
          <w:p>
            <w:r>
              <w:t>$&lt;&lt;change_orders.PriceImpact&gt;&gt;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New Contract Sum:</w:t>
            </w:r>
          </w:p>
        </w:tc>
        <w:tc>
          <w:tcPr>
            <w:tcW w:type="dxa" w:w="4680"/>
          </w:tcPr>
          <w:p>
            <w:r>
              <w:rPr>
                <w:b/>
              </w:rPr>
              <w:t>$______________________</w:t>
            </w:r>
          </w:p>
        </w:tc>
      </w:tr>
      <w:tr>
        <w:tc>
          <w:tcPr>
            <w:tcW w:type="dxa" w:w="4680"/>
          </w:tcPr>
          <w:p>
            <w:r>
              <w:t>Schedule Impact:</w:t>
            </w:r>
          </w:p>
        </w:tc>
        <w:tc>
          <w:tcPr>
            <w:tcW w:type="dxa" w:w="4680"/>
          </w:tcPr>
          <w:p>
            <w:r>
              <w:t>&lt;&lt;change_orders.ScheduleImpact&gt;&gt; calendar days</w:t>
            </w:r>
          </w:p>
        </w:tc>
      </w:tr>
    </w:tbl>
    <w:p/>
    <w:p>
      <w:pPr>
        <w:pStyle w:val="Heading1"/>
      </w:pPr>
      <w:r>
        <w:rPr>
          <w:color w:val="004682"/>
        </w:rPr>
        <w:t>Status</w:t>
      </w:r>
    </w:p>
    <w:p>
      <w:r>
        <w:t>Status: &lt;&lt;change_orders.Status&gt;&gt;</w:t>
      </w:r>
    </w:p>
    <w:p>
      <w:r>
        <w:t>{{IF change_orders.Status = 'Approved'}}Approved Date: &lt;&lt;change_orders.ApprovedDate&gt;&gt; | Approved By: &lt;&lt;change_orders.ApprovedBy&gt;&gt;{{ENDIF}}</w:t>
      </w:r>
    </w:p>
    <w:p/>
    <w:p>
      <w:r>
        <w:t>This Change Order is incorporated into and becomes part of the Contract Documents. The undersigned agree that the Contract Sum and Contract Time are modified as stated above.</w:t>
      </w:r>
    </w:p>
    <w:p/>
    <w:p>
      <w:r>
        <w:rPr>
          <w:color w:val="C8C8C8"/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Owner: &lt;&lt;owner.FirstName&gt;&gt; &lt;&lt;owner.LastName&gt;&gt;</w:t>
            </w:r>
          </w:p>
        </w:tc>
        <w:tc>
          <w:tcPr>
            <w:tcW w:type="dxa" w:w="4680"/>
          </w:tcPr>
          <w:p>
            <w:r>
              <w:t>Contractor: &lt;&lt;companies.CompanyName&gt;&gt;, &lt;&lt;pm.FirstName&gt;&gt; &lt;&lt;pm.LastName&gt;&gt;</w:t>
            </w:r>
          </w:p>
        </w:tc>
      </w:tr>
      <w:tr>
        <w:tc>
          <w:tcPr>
            <w:tcW w:type="dxa" w:w="4680"/>
          </w:tcPr>
          <w:p>
            <w:r>
              <w:t>Signature: ______________________________</w:t>
            </w:r>
          </w:p>
        </w:tc>
        <w:tc>
          <w:tcPr>
            <w:tcW w:type="dxa" w:w="4680"/>
          </w:tcPr>
          <w:p>
            <w:r>
              <w:t>Signature: ______________________________</w:t>
            </w:r>
          </w:p>
        </w:tc>
      </w:tr>
      <w:tr>
        <w:tc>
          <w:tcPr>
            <w:tcW w:type="dxa" w:w="4680"/>
          </w:tcPr>
          <w:p>
            <w:r>
              <w:t>Print Name: _____________________________</w:t>
            </w:r>
          </w:p>
        </w:tc>
        <w:tc>
          <w:tcPr>
            <w:tcW w:type="dxa" w:w="4680"/>
          </w:tcPr>
          <w:p>
            <w:r>
              <w:t>Print Name: _____________________________</w:t>
            </w:r>
          </w:p>
        </w:tc>
      </w:tr>
      <w:tr>
        <w:tc>
          <w:tcPr>
            <w:tcW w:type="dxa" w:w="4680"/>
          </w:tcPr>
          <w:p>
            <w:r>
              <w:t>Date: __________________________________</w:t>
            </w:r>
          </w:p>
        </w:tc>
        <w:tc>
          <w:tcPr>
            <w:tcW w:type="dxa" w:w="4680"/>
          </w:tcPr>
          <w:p>
            <w:r>
              <w:t>Date: __________________________________</w:t>
            </w:r>
          </w:p>
        </w:tc>
      </w:tr>
    </w:tbl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