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04682"/>
          <w:sz w:val="28"/>
        </w:rPr>
        <w:t>&lt;&lt;companies.CompanyName&gt;&gt;</w:t>
      </w:r>
    </w:p>
    <w:p>
      <w:pPr>
        <w:jc w:val="center"/>
      </w:pPr>
      <w:r>
        <w:rPr>
          <w:color w:val="787878"/>
          <w:sz w:val="18"/>
        </w:rPr>
        <w:t>&lt;&lt;companies.Address&gt;&gt;  |  &lt;&lt;companies.City&gt;&gt;, &lt;&lt;companies.State&gt;&gt;  &lt;&lt;companies.Zip&gt;&gt;  |  &lt;&lt;companies.Phone&gt;&gt;  |  &lt;&lt;companies.Email&gt;&gt;</w:t>
      </w:r>
    </w:p>
    <w:p>
      <w:pPr>
        <w:jc w:val="center"/>
      </w:pPr>
      <w:r>
        <w:rPr>
          <w:color w:val="787878"/>
          <w:sz w:val="18"/>
        </w:rPr>
        <w:t>License: &lt;&lt;companies.LicenseNumber&gt;&gt; (&lt;&lt;companies.LicenseState&gt;&gt;)  |  Bonding: &lt;&lt;companies.BondingCompany&gt;&gt;  |  Bond Limit: $&lt;&lt;companies.BondLimit&gt;&gt;</w:t>
      </w:r>
    </w:p>
    <w:p/>
    <w:p>
      <w:pPr>
        <w:pStyle w:val="Title"/>
        <w:jc w:val="center"/>
      </w:pPr>
      <w:r>
        <w:t>CONTRACTOR QUALIFICATIONS PACKAGE</w:t>
      </w:r>
    </w:p>
    <w:p/>
    <w:p>
      <w:pPr>
        <w:pStyle w:val="Heading1"/>
      </w:pPr>
      <w:r>
        <w:rPr>
          <w:color w:val="004682"/>
        </w:rPr>
        <w:t>Company Overview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Company:</w:t>
            </w:r>
          </w:p>
        </w:tc>
        <w:tc>
          <w:tcPr>
            <w:tcW w:type="dxa" w:w="4680"/>
          </w:tcPr>
          <w:p>
            <w:r>
              <w:t>&lt;&lt;companies.CompanyName&gt;&gt;</w:t>
            </w:r>
          </w:p>
        </w:tc>
      </w:tr>
      <w:tr>
        <w:tc>
          <w:tcPr>
            <w:tcW w:type="dxa" w:w="4680"/>
          </w:tcPr>
          <w:p>
            <w:r>
              <w:t>Address:</w:t>
            </w:r>
          </w:p>
        </w:tc>
        <w:tc>
          <w:tcPr>
            <w:tcW w:type="dxa" w:w="4680"/>
          </w:tcPr>
          <w:p>
            <w:r>
              <w:t>&lt;&lt;companies.Address&gt;&gt;, &lt;&lt;companies.City&gt;&gt;, &lt;&lt;companies.State&gt;&gt; &lt;&lt;companies.Zip&gt;&gt;</w:t>
            </w:r>
          </w:p>
        </w:tc>
      </w:tr>
      <w:tr>
        <w:tc>
          <w:tcPr>
            <w:tcW w:type="dxa" w:w="4680"/>
          </w:tcPr>
          <w:p>
            <w:r>
              <w:t>Phone / Email:</w:t>
            </w:r>
          </w:p>
        </w:tc>
        <w:tc>
          <w:tcPr>
            <w:tcW w:type="dxa" w:w="4680"/>
          </w:tcPr>
          <w:p>
            <w:r>
              <w:t>&lt;&lt;companies.Phone&gt;&gt; | &lt;&lt;companies.Email&gt;&gt;</w:t>
            </w:r>
          </w:p>
        </w:tc>
      </w:tr>
      <w:tr>
        <w:tc>
          <w:tcPr>
            <w:tcW w:type="dxa" w:w="4680"/>
          </w:tcPr>
          <w:p>
            <w:r>
              <w:t>Website:</w:t>
            </w:r>
          </w:p>
        </w:tc>
        <w:tc>
          <w:tcPr>
            <w:tcW w:type="dxa" w:w="4680"/>
          </w:tcPr>
          <w:p>
            <w:r>
              <w:t>&lt;&lt;companies.Website&gt;&gt;</w:t>
            </w:r>
          </w:p>
        </w:tc>
      </w:tr>
      <w:tr>
        <w:tc>
          <w:tcPr>
            <w:tcW w:type="dxa" w:w="4680"/>
          </w:tcPr>
          <w:p>
            <w:r>
              <w:t>Primary Contact:</w:t>
            </w:r>
          </w:p>
        </w:tc>
        <w:tc>
          <w:tcPr>
            <w:tcW w:type="dxa" w:w="4680"/>
          </w:tcPr>
          <w:p>
            <w:r>
              <w:t>&lt;&lt;primarycontact.FirstName&gt;&gt; &lt;&lt;primarycontact.LastName&gt;&gt;, &lt;&lt;primarycontact.Title&gt;&gt;</w:t>
            </w:r>
          </w:p>
        </w:tc>
      </w:tr>
    </w:tbl>
    <w:p/>
    <w:p>
      <w:pPr>
        <w:pStyle w:val="Heading1"/>
      </w:pPr>
      <w:r>
        <w:rPr>
          <w:color w:val="004682"/>
        </w:rPr>
        <w:t>Licensing &amp; Insurance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License Number:</w:t>
            </w:r>
          </w:p>
        </w:tc>
        <w:tc>
          <w:tcPr>
            <w:tcW w:type="dxa" w:w="4680"/>
          </w:tcPr>
          <w:p>
            <w:r>
              <w:t>&lt;&lt;companies.LicenseNumber&gt;&gt; (&lt;&lt;companies.LicenseState&gt;&gt;)</w:t>
            </w:r>
          </w:p>
        </w:tc>
      </w:tr>
      <w:tr>
        <w:tc>
          <w:tcPr>
            <w:tcW w:type="dxa" w:w="4680"/>
          </w:tcPr>
          <w:p>
            <w:r>
              <w:t>Insurance Carrier:</w:t>
            </w:r>
          </w:p>
        </w:tc>
        <w:tc>
          <w:tcPr>
            <w:tcW w:type="dxa" w:w="4680"/>
          </w:tcPr>
          <w:p>
            <w:r>
              <w:t>&lt;&lt;companies.InsuranceCarrier&gt;&gt;</w:t>
            </w:r>
          </w:p>
        </w:tc>
      </w:tr>
      <w:tr>
        <w:tc>
          <w:tcPr>
            <w:tcW w:type="dxa" w:w="4680"/>
          </w:tcPr>
          <w:p>
            <w:r>
              <w:t>Policy Number:</w:t>
            </w:r>
          </w:p>
        </w:tc>
        <w:tc>
          <w:tcPr>
            <w:tcW w:type="dxa" w:w="4680"/>
          </w:tcPr>
          <w:p>
            <w:r>
              <w:t>&lt;&lt;companies.InsurancePolicyNumber&gt;&gt;</w:t>
            </w:r>
          </w:p>
        </w:tc>
      </w:tr>
      <w:tr>
        <w:tc>
          <w:tcPr>
            <w:tcW w:type="dxa" w:w="4680"/>
          </w:tcPr>
          <w:p>
            <w:r>
              <w:t>Bonding Company:</w:t>
            </w:r>
          </w:p>
        </w:tc>
        <w:tc>
          <w:tcPr>
            <w:tcW w:type="dxa" w:w="4680"/>
          </w:tcPr>
          <w:p>
            <w:r>
              <w:t>&lt;&lt;companies.BondingCompany&gt;&gt;</w:t>
            </w:r>
          </w:p>
        </w:tc>
      </w:tr>
      <w:tr>
        <w:tc>
          <w:tcPr>
            <w:tcW w:type="dxa" w:w="4680"/>
          </w:tcPr>
          <w:p>
            <w:r>
              <w:t>Bond Limit:</w:t>
            </w:r>
          </w:p>
        </w:tc>
        <w:tc>
          <w:tcPr>
            <w:tcW w:type="dxa" w:w="4680"/>
          </w:tcPr>
          <w:p>
            <w:r>
              <w:t>$&lt;&lt;companies.BondLimit&gt;&gt;</w:t>
            </w:r>
          </w:p>
        </w:tc>
      </w:tr>
    </w:tbl>
    <w:p/>
    <w:p>
      <w:pPr>
        <w:pStyle w:val="Heading1"/>
      </w:pPr>
      <w:r>
        <w:rPr>
          <w:color w:val="004682"/>
        </w:rPr>
        <w:t>Key Personnel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</w:tcPr>
          <w:p>
            <w:r>
              <w:t>Name</w:t>
            </w:r>
          </w:p>
        </w:tc>
        <w:tc>
          <w:tcPr>
            <w:tcW w:type="dxa" w:w="2340"/>
          </w:tcPr>
          <w:p>
            <w:r>
              <w:t>Title</w:t>
            </w:r>
          </w:p>
        </w:tc>
        <w:tc>
          <w:tcPr>
            <w:tcW w:type="dxa" w:w="2340"/>
          </w:tcPr>
          <w:p>
            <w:r>
              <w:t>License</w:t>
            </w:r>
          </w:p>
        </w:tc>
        <w:tc>
          <w:tcPr>
            <w:tcW w:type="dxa" w:w="2340"/>
          </w:tcPr>
          <w:p>
            <w:r>
              <w:t>Contact</w:t>
            </w:r>
          </w:p>
        </w:tc>
      </w:tr>
    </w:tbl>
    <w:p>
      <w:r>
        <w:rPr>
          <w:color w:val="C8C8C8"/>
          <w:sz w:val="16"/>
        </w:rPr>
        <w:t>{{ForEach:employees}}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</w:tcPr>
          <w:p>
            <w:r>
              <w:t>&lt;&lt;employees.FirstName&gt;&gt; &lt;&lt;employees.LastName&gt;&gt;</w:t>
            </w:r>
          </w:p>
        </w:tc>
        <w:tc>
          <w:tcPr>
            <w:tcW w:type="dxa" w:w="2340"/>
          </w:tcPr>
          <w:p>
            <w:r>
              <w:t>&lt;&lt;employees.Title&gt;&gt;</w:t>
            </w:r>
          </w:p>
        </w:tc>
        <w:tc>
          <w:tcPr>
            <w:tcW w:type="dxa" w:w="2340"/>
          </w:tcPr>
          <w:p>
            <w:r>
              <w:t>&lt;&lt;employees.LicenseNumber&gt;&gt;</w:t>
            </w:r>
          </w:p>
        </w:tc>
        <w:tc>
          <w:tcPr>
            <w:tcW w:type="dxa" w:w="2340"/>
          </w:tcPr>
          <w:p>
            <w:r>
              <w:t>&lt;&lt;employees.Phone&gt;&gt;</w:t>
            </w:r>
          </w:p>
        </w:tc>
      </w:tr>
    </w:tbl>
    <w:p>
      <w:r>
        <w:rPr>
          <w:color w:val="C8C8C8"/>
          <w:sz w:val="16"/>
        </w:rPr>
        <w:t>{{EndForEach}}</w:t>
      </w:r>
    </w:p>
    <w:p/>
    <w:p>
      <w:pPr>
        <w:pStyle w:val="Heading1"/>
      </w:pPr>
      <w:r>
        <w:rPr>
          <w:color w:val="004682"/>
        </w:rPr>
        <w:t>Representative Projects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</w:tcPr>
          <w:p>
            <w:r>
              <w:t>Project</w:t>
            </w:r>
          </w:p>
        </w:tc>
        <w:tc>
          <w:tcPr>
            <w:tcW w:type="dxa" w:w="2340"/>
          </w:tcPr>
          <w:p>
            <w:r>
              <w:t>Type</w:t>
            </w:r>
          </w:p>
        </w:tc>
        <w:tc>
          <w:tcPr>
            <w:tcW w:type="dxa" w:w="2340"/>
          </w:tcPr>
          <w:p>
            <w:r>
              <w:t>Value</w:t>
            </w:r>
          </w:p>
        </w:tc>
        <w:tc>
          <w:tcPr>
            <w:tcW w:type="dxa" w:w="2340"/>
          </w:tcPr>
          <w:p>
            <w:r>
              <w:t>Year</w:t>
            </w:r>
          </w:p>
        </w:tc>
      </w:tr>
    </w:tbl>
    <w:p>
      <w:r>
        <w:rPr>
          <w:color w:val="C8C8C8"/>
          <w:sz w:val="16"/>
        </w:rPr>
        <w:t>{{ForEach:projects}}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</w:tcPr>
          <w:p>
            <w:r>
              <w:t>&lt;&lt;projects.ProjectName&gt;&gt;</w:t>
            </w:r>
          </w:p>
        </w:tc>
        <w:tc>
          <w:tcPr>
            <w:tcW w:type="dxa" w:w="2340"/>
          </w:tcPr>
          <w:p>
            <w:r>
              <w:t>&lt;&lt;projects.ProjectType&gt;&gt;</w:t>
            </w:r>
          </w:p>
        </w:tc>
        <w:tc>
          <w:tcPr>
            <w:tcW w:type="dxa" w:w="2340"/>
          </w:tcPr>
          <w:p>
            <w:r>
              <w:t>$&lt;&lt;projects.ContractAmount&gt;&gt;</w:t>
            </w:r>
          </w:p>
        </w:tc>
        <w:tc>
          <w:tcPr>
            <w:tcW w:type="dxa" w:w="2340"/>
          </w:tcPr>
          <w:p>
            <w:r>
              <w:t>&lt;&lt;projects.ContractDate&gt;&gt;</w:t>
            </w:r>
          </w:p>
        </w:tc>
      </w:tr>
    </w:tbl>
    <w:p>
      <w:r>
        <w:rPr>
          <w:color w:val="C8C8C8"/>
          <w:sz w:val="16"/>
        </w:rPr>
        <w:t>{{EndForEach}}</w:t>
      </w:r>
    </w:p>
    <w:p/>
    <w:p>
      <w:r>
        <w:t>References available upon request. Certificate of Insurance furnished upon contract award.</w:t>
      </w:r>
    </w:p>
    <w:p/>
    <w:p>
      <w:r>
        <w:t>Submitted by: &lt;&lt;primarycontact.FirstName&gt;&gt; &lt;&lt;primarycontact.LastName&gt;&gt;, &lt;&lt;primarycontact.Title&gt;&gt;</w:t>
      </w:r>
    </w:p>
    <w:p>
      <w:r>
        <w:t>Signature: _________________________________________________   Date: ___________________</w:t>
      </w:r>
    </w:p>
    <w:p>
      <w:r>
        <w:t>Print Name: ________________________________________________   Title: ___________________</w:t>
      </w:r>
    </w:p>
    <w:sectPr w:rsidR="00FC693F" w:rsidRPr="0006063C" w:rsidSect="00034616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