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SCOPE OF WORK — EXHIBIT A</w:t>
      </w:r>
    </w:p>
    <w:p/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  |  #&lt;&lt;projects.ProjectNumber&gt;&gt;</w:t>
            </w:r>
          </w:p>
        </w:tc>
      </w:tr>
      <w:tr>
        <w:tc>
          <w:tcPr>
            <w:tcW w:type="dxa" w:w="4680"/>
          </w:tcPr>
          <w:p>
            <w:r>
              <w:t>Address:</w:t>
            </w:r>
          </w:p>
        </w:tc>
        <w:tc>
          <w:tcPr>
            <w:tcW w:type="dxa" w:w="4680"/>
          </w:tcPr>
          <w:p>
            <w:r>
              <w:t>&lt;&lt;projects.ProjectAddress&gt;&gt;, &lt;&lt;projects.ProjectCity&gt;&gt;, &lt;&lt;projects.ProjectState&gt;&gt;  &lt;&lt;projects.ProjectZip&gt;&gt;</w:t>
            </w:r>
          </w:p>
        </w:tc>
      </w:tr>
      <w:tr>
        <w:tc>
          <w:tcPr>
            <w:tcW w:type="dxa" w:w="4680"/>
          </w:tcPr>
          <w:p>
            <w:r>
              <w:t>Owner:</w:t>
            </w:r>
          </w:p>
        </w:tc>
        <w:tc>
          <w:tcPr>
            <w:tcW w:type="dxa" w:w="4680"/>
          </w:tcPr>
          <w:p>
            <w:r>
              <w:t>&lt;&lt;owner.FirstName&gt;&gt; &lt;&lt;owner.LastName&gt;&gt; — &lt;&lt;owner.CompanyName&gt;&gt;</w:t>
            </w:r>
          </w:p>
        </w:tc>
      </w:tr>
      <w:tr>
        <w:tc>
          <w:tcPr>
            <w:tcW w:type="dxa" w:w="4680"/>
          </w:tcPr>
          <w:p>
            <w:r>
              <w:t>Architect:</w:t>
            </w:r>
          </w:p>
        </w:tc>
        <w:tc>
          <w:tcPr>
            <w:tcW w:type="dxa" w:w="4680"/>
          </w:tcPr>
          <w:p>
            <w:r>
              <w:t>&lt;&lt;architect.FirstName&gt;&gt; &lt;&lt;architect.LastName&gt;&gt; — &lt;&lt;architect.CompanyName&gt;&gt;</w:t>
            </w:r>
          </w:p>
        </w:tc>
      </w:tr>
      <w:tr>
        <w:tc>
          <w:tcPr>
            <w:tcW w:type="dxa" w:w="4680"/>
          </w:tcPr>
          <w:p>
            <w:r>
              <w:t>Contract Amount:</w:t>
            </w:r>
          </w:p>
        </w:tc>
        <w:tc>
          <w:tcPr>
            <w:tcW w:type="dxa" w:w="4680"/>
          </w:tcPr>
          <w:p>
            <w:r>
              <w:t>$&lt;&lt;projects.ContractAmount&gt;&gt;</w:t>
            </w:r>
          </w:p>
        </w:tc>
      </w:tr>
      <w:tr>
        <w:tc>
          <w:tcPr>
            <w:tcW w:type="dxa" w:w="4680"/>
          </w:tcPr>
          <w:p>
            <w:r>
              <w:t>Contract Date:</w:t>
            </w:r>
          </w:p>
        </w:tc>
        <w:tc>
          <w:tcPr>
            <w:tcW w:type="dxa" w:w="4680"/>
          </w:tcPr>
          <w:p>
            <w:r>
              <w:t>&lt;&lt;projects.ContractDate&gt;&gt;</w:t>
            </w:r>
          </w:p>
        </w:tc>
      </w:tr>
    </w:tbl>
    <w:p/>
    <w:p>
      <w:pPr>
        <w:pStyle w:val="Heading1"/>
      </w:pPr>
      <w:r>
        <w:rPr>
          <w:color w:val="004682"/>
        </w:rPr>
        <w:t>Work Included</w:t>
      </w:r>
    </w:p>
    <w:p>
      <w:r>
        <w:t>The following work is expressly included in this contract:</w:t>
      </w:r>
    </w:p>
    <w:p>
      <w:pPr>
        <w:pStyle w:val="ListBullet"/>
      </w:pPr>
      <w:r>
        <w:t>All labor, material, equipment, and supervision required to complete the project</w:t>
      </w:r>
    </w:p>
    <w:p>
      <w:pPr>
        <w:pStyle w:val="ListBullet"/>
      </w:pPr>
      <w:r>
        <w:t>Permit fees as identified in the contract documents</w:t>
      </w:r>
    </w:p>
    <w:p>
      <w:pPr>
        <w:pStyle w:val="ListBullet"/>
      </w:pPr>
      <w:r>
        <w:t>Site cleanup and debris removal throughout construction</w:t>
      </w:r>
    </w:p>
    <w:p>
      <w:pPr>
        <w:pStyle w:val="ListBullet"/>
      </w:pPr>
      <w:r>
        <w:t>All work shown on the drawings and described in the specifications</w:t>
      </w:r>
    </w:p>
    <w:p/>
    <w:p>
      <w:pPr>
        <w:pStyle w:val="Heading1"/>
      </w:pPr>
      <w:r>
        <w:rPr>
          <w:color w:val="004682"/>
        </w:rPr>
        <w:t>Work Excluded</w:t>
      </w:r>
    </w:p>
    <w:p>
      <w:r>
        <w:t>The following work is expressly excluded unless listed as an alternate:</w:t>
      </w:r>
    </w:p>
    <w:p>
      <w:pPr>
        <w:pStyle w:val="ListBullet"/>
      </w:pPr>
      <w:r>
        <w:t>Furniture, fixtures, and equipment (FF&amp;E) unless specified</w:t>
      </w:r>
    </w:p>
    <w:p>
      <w:pPr>
        <w:pStyle w:val="ListBullet"/>
      </w:pPr>
      <w:r>
        <w:t>Owner-furnished materials</w:t>
      </w:r>
    </w:p>
    <w:p>
      <w:pPr>
        <w:pStyle w:val="ListBullet"/>
      </w:pPr>
      <w:r>
        <w:t>Work by separate contractors coordinated by owner</w:t>
      </w:r>
    </w:p>
    <w:p>
      <w:pPr>
        <w:pStyle w:val="ListBullet"/>
      </w:pPr>
      <w:r>
        <w:t>Testing and inspection fees unless noted as contractor responsibility</w:t>
      </w:r>
    </w:p>
    <w:p/>
    <w:p>
      <w:pPr>
        <w:pStyle w:val="Heading1"/>
      </w:pPr>
      <w:r>
        <w:rPr>
          <w:color w:val="004682"/>
        </w:rPr>
        <w:t>Allowances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t>Item</w:t>
            </w:r>
          </w:p>
        </w:tc>
        <w:tc>
          <w:tcPr>
            <w:tcW w:type="dxa" w:w="3120"/>
          </w:tcPr>
          <w:p>
            <w:r>
              <w:t>Description</w:t>
            </w:r>
          </w:p>
        </w:tc>
        <w:tc>
          <w:tcPr>
            <w:tcW w:type="dxa" w:w="3120"/>
          </w:tcPr>
          <w:p>
            <w:r>
              <w:t>Amount</w:t>
            </w:r>
          </w:p>
        </w:tc>
      </w:tr>
      <w:tr>
        <w:tc>
          <w:tcPr>
            <w:tcW w:type="dxa" w:w="3120"/>
          </w:tcPr>
          <w:p>
            <w:r>
              <w:t>___</w:t>
            </w:r>
          </w:p>
        </w:tc>
        <w:tc>
          <w:tcPr>
            <w:tcW w:type="dxa" w:w="3120"/>
          </w:tcPr>
          <w:p>
            <w:r>
              <w:t>As specified</w:t>
            </w:r>
          </w:p>
        </w:tc>
        <w:tc>
          <w:tcPr>
            <w:tcW w:type="dxa" w:w="3120"/>
          </w:tcPr>
          <w:p>
            <w:r>
              <w:t>$___________</w:t>
            </w:r>
          </w:p>
        </w:tc>
      </w:tr>
      <w:tr>
        <w:tc>
          <w:tcPr>
            <w:tcW w:type="dxa" w:w="3120"/>
          </w:tcPr>
          <w:p>
            <w:r>
              <w:t>___</w:t>
            </w:r>
          </w:p>
        </w:tc>
        <w:tc>
          <w:tcPr>
            <w:tcW w:type="dxa" w:w="3120"/>
          </w:tcPr>
          <w:p>
            <w:r>
              <w:t>As specified</w:t>
            </w:r>
          </w:p>
        </w:tc>
        <w:tc>
          <w:tcPr>
            <w:tcW w:type="dxa" w:w="3120"/>
          </w:tcPr>
          <w:p>
            <w:r>
              <w:t>$___________</w:t>
            </w:r>
          </w:p>
        </w:tc>
      </w:tr>
      <w:tr>
        <w:tc>
          <w:tcPr>
            <w:tcW w:type="dxa" w:w="3120"/>
          </w:tcPr>
          <w:p>
            <w:r>
              <w:t>___</w:t>
            </w:r>
          </w:p>
        </w:tc>
        <w:tc>
          <w:tcPr>
            <w:tcW w:type="dxa" w:w="3120"/>
          </w:tcPr>
          <w:p>
            <w:r>
              <w:t>As specified</w:t>
            </w:r>
          </w:p>
        </w:tc>
        <w:tc>
          <w:tcPr>
            <w:tcW w:type="dxa" w:w="3120"/>
          </w:tcPr>
          <w:p>
            <w:r>
              <w:t>$___________</w:t>
            </w:r>
          </w:p>
        </w:tc>
      </w:tr>
    </w:tbl>
    <w:p/>
    <w:p>
      <w:pPr>
        <w:pStyle w:val="Heading1"/>
      </w:pPr>
      <w:r>
        <w:rPr>
          <w:color w:val="004682"/>
        </w:rPr>
        <w:t>Schedule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Notice to Proceed:</w:t>
            </w:r>
          </w:p>
        </w:tc>
        <w:tc>
          <w:tcPr>
            <w:tcW w:type="dxa" w:w="4680"/>
          </w:tcPr>
          <w:p>
            <w:r>
              <w:t>&lt;&lt;projects.StartDate&gt;&gt;</w:t>
            </w:r>
          </w:p>
        </w:tc>
      </w:tr>
      <w:tr>
        <w:tc>
          <w:tcPr>
            <w:tcW w:type="dxa" w:w="4680"/>
          </w:tcPr>
          <w:p>
            <w:r>
              <w:t>Substantial Completion:</w:t>
            </w:r>
          </w:p>
        </w:tc>
        <w:tc>
          <w:tcPr>
            <w:tcW w:type="dxa" w:w="4680"/>
          </w:tcPr>
          <w:p>
            <w:r>
              <w:t>&lt;&lt;projects.CompletionDate&gt;&gt;</w:t>
            </w:r>
          </w:p>
        </w:tc>
      </w:tr>
      <w:tr>
        <w:tc>
          <w:tcPr>
            <w:tcW w:type="dxa" w:w="4680"/>
          </w:tcPr>
          <w:p>
            <w:r>
              <w:t>Liquidated Damages:</w:t>
            </w:r>
          </w:p>
        </w:tc>
        <w:tc>
          <w:tcPr>
            <w:tcW w:type="dxa" w:w="4680"/>
          </w:tcPr>
          <w:p>
            <w:r>
              <w:t>Per contract if late completion</w:t>
            </w:r>
          </w:p>
        </w:tc>
      </w:tr>
    </w:tbl>
    <w:p/>
    <w:p/>
    <w:p>
      <w:r>
        <w:rPr>
          <w:color w:val="C8C8C8"/>
          <w:sz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Owner / Authorized Representative</w:t>
            </w:r>
          </w:p>
        </w:tc>
        <w:tc>
          <w:tcPr>
            <w:tcW w:type="dxa" w:w="4680"/>
          </w:tcPr>
          <w:p>
            <w:r>
              <w:t>Contractor / Authorized Representative</w:t>
            </w:r>
          </w:p>
        </w:tc>
      </w:tr>
      <w:tr>
        <w:tc>
          <w:tcPr>
            <w:tcW w:type="dxa" w:w="4680"/>
          </w:tcPr>
          <w:p>
            <w:r>
              <w:t>Signature: ______________________________</w:t>
            </w:r>
          </w:p>
        </w:tc>
        <w:tc>
          <w:tcPr>
            <w:tcW w:type="dxa" w:w="4680"/>
          </w:tcPr>
          <w:p>
            <w:r>
              <w:t>Signature: ______________________________</w:t>
            </w:r>
          </w:p>
        </w:tc>
      </w:tr>
      <w:tr>
        <w:tc>
          <w:tcPr>
            <w:tcW w:type="dxa" w:w="4680"/>
          </w:tcPr>
          <w:p>
            <w:r>
              <w:t>Print Name: _____________________________</w:t>
            </w:r>
          </w:p>
        </w:tc>
        <w:tc>
          <w:tcPr>
            <w:tcW w:type="dxa" w:w="4680"/>
          </w:tcPr>
          <w:p>
            <w:r>
              <w:t>Print Name: _____________________________</w:t>
            </w:r>
          </w:p>
        </w:tc>
      </w:tr>
      <w:tr>
        <w:tc>
          <w:tcPr>
            <w:tcW w:type="dxa" w:w="4680"/>
          </w:tcPr>
          <w:p>
            <w:r>
              <w:t>Date: __________________________________</w:t>
            </w:r>
          </w:p>
        </w:tc>
        <w:tc>
          <w:tcPr>
            <w:tcW w:type="dxa" w:w="4680"/>
          </w:tcPr>
          <w:p>
            <w:r>
              <w:t>Date: __________________________________</w:t>
            </w:r>
          </w:p>
        </w:tc>
      </w:tr>
    </w:tbl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